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29BFD" w14:textId="77777777" w:rsidR="00F23FC1" w:rsidRDefault="001854CD">
      <w:pPr>
        <w:jc w:val="center"/>
      </w:pPr>
      <w:r>
        <w:rPr>
          <w:b/>
          <w:sz w:val="20"/>
        </w:rPr>
        <w:t>Honors Chemistry — Choice Board Assignment</w:t>
      </w:r>
    </w:p>
    <w:p w14:paraId="47470A35" w14:textId="77777777" w:rsidR="00F23FC1" w:rsidRPr="00D518B3" w:rsidRDefault="001854CD">
      <w:pPr>
        <w:jc w:val="center"/>
        <w:rPr>
          <w:color w:val="244061" w:themeColor="accent1" w:themeShade="80"/>
        </w:rPr>
      </w:pPr>
      <w:r w:rsidRPr="00D518B3">
        <w:rPr>
          <w:b/>
          <w:color w:val="244061" w:themeColor="accent1" w:themeShade="80"/>
          <w:sz w:val="34"/>
        </w:rPr>
        <w:t>States of Matter &amp; KMT Investigation: The Heating-Curve Data Analysis</w:t>
      </w:r>
    </w:p>
    <w:p w14:paraId="096942CA" w14:textId="5ADBDF6A" w:rsidR="00D518B3" w:rsidRPr="00D518B3" w:rsidRDefault="00D518B3" w:rsidP="00D518B3">
      <w:pPr>
        <w:jc w:val="center"/>
        <w:rPr>
          <w:b/>
          <w:sz w:val="32"/>
          <w:szCs w:val="36"/>
        </w:rPr>
      </w:pPr>
      <w:r w:rsidRPr="003A77A0">
        <w:rPr>
          <w:b/>
          <w:sz w:val="32"/>
          <w:szCs w:val="36"/>
        </w:rPr>
        <w:t xml:space="preserve">Area 2: Must Do — Option </w:t>
      </w:r>
      <w:r>
        <w:rPr>
          <w:b/>
          <w:sz w:val="32"/>
          <w:szCs w:val="36"/>
        </w:rPr>
        <w:t>B</w:t>
      </w:r>
      <w:r w:rsidRPr="003A77A0">
        <w:rPr>
          <w:b/>
          <w:sz w:val="32"/>
          <w:szCs w:val="36"/>
        </w:rPr>
        <w:t xml:space="preserve">  </w:t>
      </w:r>
    </w:p>
    <w:p w14:paraId="0B5F702B" w14:textId="4016C0B2" w:rsidR="00F23FC1" w:rsidRDefault="001854CD">
      <w:pPr>
        <w:jc w:val="center"/>
      </w:pPr>
      <w:r>
        <w:rPr>
          <w:b/>
          <w:sz w:val="20"/>
        </w:rPr>
        <w:t>Standard SC.</w:t>
      </w:r>
      <w:proofErr w:type="gramStart"/>
      <w:r>
        <w:rPr>
          <w:b/>
          <w:sz w:val="20"/>
        </w:rPr>
        <w:t>912.P.</w:t>
      </w:r>
      <w:proofErr w:type="gramEnd"/>
      <w:r>
        <w:rPr>
          <w:b/>
          <w:sz w:val="20"/>
        </w:rPr>
        <w:t>10.</w:t>
      </w:r>
      <w:proofErr w:type="gramStart"/>
      <w:r>
        <w:rPr>
          <w:b/>
          <w:sz w:val="20"/>
        </w:rPr>
        <w:t>5  •</w:t>
      </w:r>
      <w:proofErr w:type="gramEnd"/>
      <w:r>
        <w:rPr>
          <w:b/>
          <w:sz w:val="20"/>
        </w:rPr>
        <w:t xml:space="preserve">  All Level 3.0 Targets: T1, T2, T3, T4</w:t>
      </w:r>
    </w:p>
    <w:tbl>
      <w:tblPr>
        <w:tblStyle w:val="TableGrid"/>
        <w:tblW w:w="0" w:type="auto"/>
        <w:tblLook w:val="04A0" w:firstRow="1" w:lastRow="0" w:firstColumn="1" w:lastColumn="0" w:noHBand="0" w:noVBand="1"/>
      </w:tblPr>
      <w:tblGrid>
        <w:gridCol w:w="2610"/>
        <w:gridCol w:w="2610"/>
        <w:gridCol w:w="2610"/>
        <w:gridCol w:w="2610"/>
      </w:tblGrid>
      <w:tr w:rsidR="00C8392C" w14:paraId="7A7A9798" w14:textId="77777777" w:rsidTr="00C70FBD">
        <w:tc>
          <w:tcPr>
            <w:tcW w:w="2610" w:type="dxa"/>
            <w:shd w:val="clear" w:color="auto" w:fill="F2F2F2"/>
            <w:tcMar>
              <w:top w:w="80" w:type="dxa"/>
              <w:left w:w="100" w:type="dxa"/>
              <w:bottom w:w="80" w:type="dxa"/>
              <w:right w:w="100" w:type="dxa"/>
            </w:tcMar>
          </w:tcPr>
          <w:p w14:paraId="58E006E5" w14:textId="77777777" w:rsidR="00C8392C" w:rsidRPr="00F910CE" w:rsidRDefault="00C8392C" w:rsidP="00C70FBD">
            <w:pPr>
              <w:rPr>
                <w:sz w:val="24"/>
                <w:szCs w:val="32"/>
              </w:rPr>
            </w:pPr>
            <w:r w:rsidRPr="00F910CE">
              <w:rPr>
                <w:b/>
                <w:sz w:val="24"/>
                <w:szCs w:val="32"/>
              </w:rPr>
              <w:t>Name:</w:t>
            </w:r>
          </w:p>
        </w:tc>
        <w:tc>
          <w:tcPr>
            <w:tcW w:w="2610" w:type="dxa"/>
            <w:shd w:val="clear" w:color="auto" w:fill="F2F2F2"/>
            <w:tcMar>
              <w:top w:w="80" w:type="dxa"/>
              <w:left w:w="100" w:type="dxa"/>
              <w:bottom w:w="80" w:type="dxa"/>
              <w:right w:w="100" w:type="dxa"/>
            </w:tcMar>
          </w:tcPr>
          <w:p w14:paraId="25756A57" w14:textId="77777777" w:rsidR="00C8392C" w:rsidRPr="00F910CE" w:rsidRDefault="00C8392C" w:rsidP="00C70FBD">
            <w:pPr>
              <w:rPr>
                <w:sz w:val="24"/>
                <w:szCs w:val="32"/>
              </w:rPr>
            </w:pPr>
            <w:r w:rsidRPr="00F910CE">
              <w:rPr>
                <w:b/>
                <w:sz w:val="24"/>
                <w:szCs w:val="32"/>
              </w:rPr>
              <w:t>Date:</w:t>
            </w:r>
          </w:p>
        </w:tc>
        <w:tc>
          <w:tcPr>
            <w:tcW w:w="2610" w:type="dxa"/>
            <w:shd w:val="clear" w:color="auto" w:fill="F2F2F2"/>
            <w:tcMar>
              <w:top w:w="80" w:type="dxa"/>
              <w:left w:w="100" w:type="dxa"/>
              <w:bottom w:w="80" w:type="dxa"/>
              <w:right w:w="100" w:type="dxa"/>
            </w:tcMar>
          </w:tcPr>
          <w:p w14:paraId="247D5BB5" w14:textId="77777777" w:rsidR="00C8392C" w:rsidRPr="00F910CE" w:rsidRDefault="00C8392C" w:rsidP="00C70FBD">
            <w:pPr>
              <w:rPr>
                <w:sz w:val="24"/>
                <w:szCs w:val="32"/>
              </w:rPr>
            </w:pPr>
            <w:r w:rsidRPr="00F910CE">
              <w:rPr>
                <w:b/>
                <w:sz w:val="24"/>
                <w:szCs w:val="32"/>
              </w:rPr>
              <w:t>Period:</w:t>
            </w:r>
          </w:p>
        </w:tc>
        <w:tc>
          <w:tcPr>
            <w:tcW w:w="2610" w:type="dxa"/>
            <w:shd w:val="clear" w:color="auto" w:fill="F2F2F2"/>
            <w:tcMar>
              <w:top w:w="80" w:type="dxa"/>
              <w:left w:w="100" w:type="dxa"/>
              <w:bottom w:w="80" w:type="dxa"/>
              <w:right w:w="100" w:type="dxa"/>
            </w:tcMar>
          </w:tcPr>
          <w:p w14:paraId="7833E8E5" w14:textId="77777777" w:rsidR="00C8392C" w:rsidRPr="00F910CE" w:rsidRDefault="00C8392C" w:rsidP="00C70FBD">
            <w:pPr>
              <w:rPr>
                <w:sz w:val="24"/>
                <w:szCs w:val="32"/>
              </w:rPr>
            </w:pPr>
            <w:r w:rsidRPr="00F910CE">
              <w:rPr>
                <w:b/>
                <w:sz w:val="24"/>
                <w:szCs w:val="32"/>
              </w:rPr>
              <w:t>Choice Board Tier:</w:t>
            </w:r>
          </w:p>
        </w:tc>
      </w:tr>
      <w:tr w:rsidR="00C8392C" w14:paraId="717F0553" w14:textId="77777777" w:rsidTr="00C70FBD">
        <w:tc>
          <w:tcPr>
            <w:tcW w:w="2610" w:type="dxa"/>
            <w:tcMar>
              <w:top w:w="80" w:type="dxa"/>
              <w:left w:w="100" w:type="dxa"/>
              <w:bottom w:w="80" w:type="dxa"/>
              <w:right w:w="100" w:type="dxa"/>
            </w:tcMar>
          </w:tcPr>
          <w:p w14:paraId="4C168C8B" w14:textId="77777777" w:rsidR="00C8392C" w:rsidRPr="00F910CE" w:rsidRDefault="00C8392C" w:rsidP="00C70FBD">
            <w:pPr>
              <w:rPr>
                <w:sz w:val="24"/>
                <w:szCs w:val="32"/>
              </w:rPr>
            </w:pPr>
          </w:p>
        </w:tc>
        <w:tc>
          <w:tcPr>
            <w:tcW w:w="2610" w:type="dxa"/>
            <w:tcMar>
              <w:top w:w="80" w:type="dxa"/>
              <w:left w:w="100" w:type="dxa"/>
              <w:bottom w:w="80" w:type="dxa"/>
              <w:right w:w="100" w:type="dxa"/>
            </w:tcMar>
          </w:tcPr>
          <w:p w14:paraId="181A80BF" w14:textId="77777777" w:rsidR="00C8392C" w:rsidRPr="00F910CE" w:rsidRDefault="00C8392C" w:rsidP="00C70FBD">
            <w:pPr>
              <w:rPr>
                <w:sz w:val="24"/>
                <w:szCs w:val="32"/>
              </w:rPr>
            </w:pPr>
          </w:p>
        </w:tc>
        <w:tc>
          <w:tcPr>
            <w:tcW w:w="2610" w:type="dxa"/>
            <w:tcMar>
              <w:top w:w="80" w:type="dxa"/>
              <w:left w:w="100" w:type="dxa"/>
              <w:bottom w:w="80" w:type="dxa"/>
              <w:right w:w="100" w:type="dxa"/>
            </w:tcMar>
          </w:tcPr>
          <w:p w14:paraId="4BC9E778" w14:textId="77777777" w:rsidR="00C8392C" w:rsidRPr="00F910CE" w:rsidRDefault="00C8392C" w:rsidP="00C70FBD">
            <w:pPr>
              <w:rPr>
                <w:sz w:val="24"/>
                <w:szCs w:val="32"/>
              </w:rPr>
            </w:pPr>
          </w:p>
        </w:tc>
        <w:tc>
          <w:tcPr>
            <w:tcW w:w="2610" w:type="dxa"/>
            <w:tcMar>
              <w:top w:w="80" w:type="dxa"/>
              <w:left w:w="100" w:type="dxa"/>
              <w:bottom w:w="80" w:type="dxa"/>
              <w:right w:w="100" w:type="dxa"/>
            </w:tcMar>
          </w:tcPr>
          <w:p w14:paraId="1BC1B665" w14:textId="77777777" w:rsidR="00C8392C" w:rsidRPr="00F910CE" w:rsidRDefault="00C8392C" w:rsidP="00C70FBD">
            <w:pPr>
              <w:rPr>
                <w:sz w:val="24"/>
                <w:szCs w:val="32"/>
              </w:rPr>
            </w:pPr>
            <w:r w:rsidRPr="00F910CE">
              <w:rPr>
                <w:sz w:val="24"/>
                <w:szCs w:val="32"/>
              </w:rPr>
              <w:t>MUST DO</w:t>
            </w:r>
          </w:p>
        </w:tc>
      </w:tr>
    </w:tbl>
    <w:p w14:paraId="675EDE16" w14:textId="128694A5" w:rsidR="00F23FC1" w:rsidRDefault="001854CD" w:rsidP="00E36664">
      <w:pPr>
        <w:spacing w:line="240" w:lineRule="auto"/>
        <w:contextualSpacing/>
      </w:pPr>
      <w:r>
        <w:rPr>
          <w:b/>
        </w:rPr>
        <w:t>The Scenario</w:t>
      </w:r>
    </w:p>
    <w:p w14:paraId="3D7AE23C" w14:textId="3C5C4FED" w:rsidR="00F23FC1" w:rsidRDefault="001854CD" w:rsidP="00E36664">
      <w:pPr>
        <w:spacing w:line="240" w:lineRule="auto"/>
        <w:contextualSpacing/>
      </w:pPr>
      <w:r>
        <w:t xml:space="preserve">You are the materials scientist on the quality team that ships a 20 g sample of purified water. Before any lot is released, the team follows a fixed report chain: catalog every material's atomic data, verify its isotope and mass profile, read the lab's recorded heating run of the sample, classify the elements the lot contains, and label every compound that leaves the shelf. </w:t>
      </w:r>
    </w:p>
    <w:p w14:paraId="69DE6E1A" w14:textId="77777777" w:rsidR="00E36664" w:rsidRDefault="00E36664" w:rsidP="00E36664">
      <w:pPr>
        <w:spacing w:line="240" w:lineRule="auto"/>
        <w:contextualSpacing/>
        <w:rPr>
          <w:b/>
          <w:sz w:val="24"/>
        </w:rPr>
      </w:pPr>
    </w:p>
    <w:p w14:paraId="55536E3A" w14:textId="4C9421B8" w:rsidR="00F23FC1" w:rsidRDefault="001854CD" w:rsidP="00E36664">
      <w:pPr>
        <w:spacing w:line="240" w:lineRule="auto"/>
        <w:contextualSpacing/>
      </w:pPr>
      <w:r>
        <w:rPr>
          <w:b/>
          <w:sz w:val="24"/>
        </w:rPr>
        <w:t>Part 1 - Spec Sheets: Catalog the Material Set</w:t>
      </w:r>
      <w:proofErr w:type="gramStart"/>
      <w:r>
        <w:rPr>
          <w:b/>
          <w:sz w:val="24"/>
        </w:rPr>
        <w:t xml:space="preserve">   (</w:t>
      </w:r>
      <w:proofErr w:type="gramEnd"/>
      <w:r>
        <w:rPr>
          <w:b/>
          <w:sz w:val="24"/>
        </w:rPr>
        <w:t>Target SC.</w:t>
      </w:r>
      <w:proofErr w:type="gramStart"/>
      <w:r>
        <w:rPr>
          <w:b/>
          <w:sz w:val="24"/>
        </w:rPr>
        <w:t>912.P.</w:t>
      </w:r>
      <w:proofErr w:type="gramEnd"/>
      <w:r>
        <w:rPr>
          <w:b/>
          <w:sz w:val="24"/>
        </w:rPr>
        <w:t>10.5 T1)</w:t>
      </w:r>
    </w:p>
    <w:p w14:paraId="7CB898E2" w14:textId="77777777" w:rsidR="00F23FC1" w:rsidRDefault="001854CD" w:rsidP="00E36664">
      <w:pPr>
        <w:spacing w:line="240" w:lineRule="auto"/>
        <w:contextualSpacing/>
      </w:pPr>
      <w:r>
        <w:t>A material cannot be certified without its atomic data. For each element in the team's set, complete the registry row: atomic number, protons, neutrons, and electrons of a neutral atom, the mass number (most common isotope), and the metal / nonmetal / metalloid class.</w:t>
      </w:r>
    </w:p>
    <w:tbl>
      <w:tblPr>
        <w:tblStyle w:val="TableGrid"/>
        <w:tblW w:w="0" w:type="auto"/>
        <w:tblLook w:val="04A0" w:firstRow="1" w:lastRow="0" w:firstColumn="1" w:lastColumn="0" w:noHBand="0" w:noVBand="1"/>
      </w:tblPr>
      <w:tblGrid>
        <w:gridCol w:w="1314"/>
        <w:gridCol w:w="1314"/>
        <w:gridCol w:w="1314"/>
        <w:gridCol w:w="1314"/>
        <w:gridCol w:w="1314"/>
        <w:gridCol w:w="1314"/>
        <w:gridCol w:w="1314"/>
        <w:gridCol w:w="1314"/>
      </w:tblGrid>
      <w:tr w:rsidR="00F23FC1" w14:paraId="2361906D" w14:textId="77777777">
        <w:tc>
          <w:tcPr>
            <w:tcW w:w="1314" w:type="dxa"/>
          </w:tcPr>
          <w:p w14:paraId="50CE12EE" w14:textId="77777777" w:rsidR="00F23FC1" w:rsidRDefault="001854CD">
            <w:r>
              <w:rPr>
                <w:b/>
              </w:rPr>
              <w:t>Element</w:t>
            </w:r>
          </w:p>
        </w:tc>
        <w:tc>
          <w:tcPr>
            <w:tcW w:w="1314" w:type="dxa"/>
          </w:tcPr>
          <w:p w14:paraId="0CB925FB" w14:textId="77777777" w:rsidR="00F23FC1" w:rsidRDefault="001854CD">
            <w:r>
              <w:rPr>
                <w:b/>
              </w:rPr>
              <w:t>Symbol</w:t>
            </w:r>
          </w:p>
        </w:tc>
        <w:tc>
          <w:tcPr>
            <w:tcW w:w="1314" w:type="dxa"/>
          </w:tcPr>
          <w:p w14:paraId="35F2C8C7" w14:textId="77777777" w:rsidR="00F23FC1" w:rsidRDefault="001854CD">
            <w:r>
              <w:rPr>
                <w:b/>
              </w:rPr>
              <w:t>Atomic # (Z)</w:t>
            </w:r>
          </w:p>
        </w:tc>
        <w:tc>
          <w:tcPr>
            <w:tcW w:w="1314" w:type="dxa"/>
          </w:tcPr>
          <w:p w14:paraId="3E0D55C8" w14:textId="77777777" w:rsidR="00F23FC1" w:rsidRDefault="001854CD">
            <w:r>
              <w:rPr>
                <w:b/>
              </w:rPr>
              <w:t>Protons</w:t>
            </w:r>
          </w:p>
        </w:tc>
        <w:tc>
          <w:tcPr>
            <w:tcW w:w="1314" w:type="dxa"/>
          </w:tcPr>
          <w:p w14:paraId="20A0AB2E" w14:textId="77777777" w:rsidR="00F23FC1" w:rsidRDefault="001854CD">
            <w:r>
              <w:rPr>
                <w:b/>
              </w:rPr>
              <w:t>Neutrons</w:t>
            </w:r>
          </w:p>
        </w:tc>
        <w:tc>
          <w:tcPr>
            <w:tcW w:w="1314" w:type="dxa"/>
          </w:tcPr>
          <w:p w14:paraId="4ED3CF2A" w14:textId="77777777" w:rsidR="00F23FC1" w:rsidRDefault="001854CD">
            <w:r>
              <w:rPr>
                <w:b/>
              </w:rPr>
              <w:t>Electrons</w:t>
            </w:r>
          </w:p>
        </w:tc>
        <w:tc>
          <w:tcPr>
            <w:tcW w:w="1314" w:type="dxa"/>
          </w:tcPr>
          <w:p w14:paraId="2EBF54BA" w14:textId="77777777" w:rsidR="00F23FC1" w:rsidRDefault="001854CD">
            <w:r>
              <w:rPr>
                <w:b/>
              </w:rPr>
              <w:t>Mass #</w:t>
            </w:r>
          </w:p>
        </w:tc>
        <w:tc>
          <w:tcPr>
            <w:tcW w:w="1314" w:type="dxa"/>
          </w:tcPr>
          <w:p w14:paraId="7D222E92" w14:textId="77777777" w:rsidR="00F23FC1" w:rsidRDefault="001854CD">
            <w:r>
              <w:rPr>
                <w:b/>
              </w:rPr>
              <w:t>Metal / Nonmetal / Metalloid</w:t>
            </w:r>
          </w:p>
        </w:tc>
      </w:tr>
      <w:tr w:rsidR="00F23FC1" w14:paraId="59C3CEFF" w14:textId="77777777">
        <w:tc>
          <w:tcPr>
            <w:tcW w:w="1314" w:type="dxa"/>
          </w:tcPr>
          <w:p w14:paraId="70EE62F6" w14:textId="77777777" w:rsidR="00F23FC1" w:rsidRDefault="001854CD">
            <w:r>
              <w:t>Helium</w:t>
            </w:r>
          </w:p>
        </w:tc>
        <w:tc>
          <w:tcPr>
            <w:tcW w:w="1314" w:type="dxa"/>
          </w:tcPr>
          <w:p w14:paraId="04576E82" w14:textId="77777777" w:rsidR="00F23FC1" w:rsidRDefault="001854CD">
            <w:r>
              <w:t>He</w:t>
            </w:r>
          </w:p>
        </w:tc>
        <w:tc>
          <w:tcPr>
            <w:tcW w:w="1314" w:type="dxa"/>
          </w:tcPr>
          <w:p w14:paraId="29371D83" w14:textId="77777777" w:rsidR="00F23FC1" w:rsidRDefault="001854CD">
            <w:r>
              <w:t>2</w:t>
            </w:r>
          </w:p>
        </w:tc>
        <w:tc>
          <w:tcPr>
            <w:tcW w:w="1314" w:type="dxa"/>
          </w:tcPr>
          <w:p w14:paraId="4273EB7A" w14:textId="77777777" w:rsidR="00F23FC1" w:rsidRDefault="00F23FC1"/>
        </w:tc>
        <w:tc>
          <w:tcPr>
            <w:tcW w:w="1314" w:type="dxa"/>
          </w:tcPr>
          <w:p w14:paraId="741D8CB2" w14:textId="77777777" w:rsidR="00F23FC1" w:rsidRDefault="00F23FC1"/>
        </w:tc>
        <w:tc>
          <w:tcPr>
            <w:tcW w:w="1314" w:type="dxa"/>
          </w:tcPr>
          <w:p w14:paraId="2CAB7FA7" w14:textId="77777777" w:rsidR="00F23FC1" w:rsidRDefault="00F23FC1"/>
        </w:tc>
        <w:tc>
          <w:tcPr>
            <w:tcW w:w="1314" w:type="dxa"/>
          </w:tcPr>
          <w:p w14:paraId="4A4CEE3A" w14:textId="77777777" w:rsidR="00F23FC1" w:rsidRDefault="00F23FC1"/>
        </w:tc>
        <w:tc>
          <w:tcPr>
            <w:tcW w:w="1314" w:type="dxa"/>
          </w:tcPr>
          <w:p w14:paraId="045C08A2" w14:textId="77777777" w:rsidR="00F23FC1" w:rsidRDefault="00F23FC1"/>
        </w:tc>
      </w:tr>
      <w:tr w:rsidR="00F23FC1" w14:paraId="5A3DA509" w14:textId="77777777">
        <w:tc>
          <w:tcPr>
            <w:tcW w:w="1314" w:type="dxa"/>
          </w:tcPr>
          <w:p w14:paraId="47E8E38E" w14:textId="77777777" w:rsidR="00F23FC1" w:rsidRDefault="001854CD">
            <w:r>
              <w:t>Nitrogen</w:t>
            </w:r>
          </w:p>
        </w:tc>
        <w:tc>
          <w:tcPr>
            <w:tcW w:w="1314" w:type="dxa"/>
          </w:tcPr>
          <w:p w14:paraId="4C6E8D09" w14:textId="77777777" w:rsidR="00F23FC1" w:rsidRDefault="001854CD">
            <w:r>
              <w:t>N</w:t>
            </w:r>
          </w:p>
        </w:tc>
        <w:tc>
          <w:tcPr>
            <w:tcW w:w="1314" w:type="dxa"/>
          </w:tcPr>
          <w:p w14:paraId="482572ED" w14:textId="77777777" w:rsidR="00F23FC1" w:rsidRDefault="001854CD">
            <w:r>
              <w:t>7</w:t>
            </w:r>
          </w:p>
        </w:tc>
        <w:tc>
          <w:tcPr>
            <w:tcW w:w="1314" w:type="dxa"/>
          </w:tcPr>
          <w:p w14:paraId="5FB6D413" w14:textId="77777777" w:rsidR="00F23FC1" w:rsidRDefault="00F23FC1"/>
        </w:tc>
        <w:tc>
          <w:tcPr>
            <w:tcW w:w="1314" w:type="dxa"/>
          </w:tcPr>
          <w:p w14:paraId="03F2BEEA" w14:textId="77777777" w:rsidR="00F23FC1" w:rsidRDefault="00F23FC1"/>
        </w:tc>
        <w:tc>
          <w:tcPr>
            <w:tcW w:w="1314" w:type="dxa"/>
          </w:tcPr>
          <w:p w14:paraId="1292BA9A" w14:textId="77777777" w:rsidR="00F23FC1" w:rsidRDefault="00F23FC1"/>
        </w:tc>
        <w:tc>
          <w:tcPr>
            <w:tcW w:w="1314" w:type="dxa"/>
          </w:tcPr>
          <w:p w14:paraId="220D6423" w14:textId="77777777" w:rsidR="00F23FC1" w:rsidRDefault="00F23FC1"/>
        </w:tc>
        <w:tc>
          <w:tcPr>
            <w:tcW w:w="1314" w:type="dxa"/>
          </w:tcPr>
          <w:p w14:paraId="76C76369" w14:textId="77777777" w:rsidR="00F23FC1" w:rsidRDefault="00F23FC1"/>
        </w:tc>
      </w:tr>
      <w:tr w:rsidR="00F23FC1" w14:paraId="28513055" w14:textId="77777777">
        <w:tc>
          <w:tcPr>
            <w:tcW w:w="1314" w:type="dxa"/>
          </w:tcPr>
          <w:p w14:paraId="09F127B5" w14:textId="77777777" w:rsidR="00F23FC1" w:rsidRDefault="001854CD">
            <w:r>
              <w:t>Magnesium</w:t>
            </w:r>
          </w:p>
        </w:tc>
        <w:tc>
          <w:tcPr>
            <w:tcW w:w="1314" w:type="dxa"/>
          </w:tcPr>
          <w:p w14:paraId="038D11A4" w14:textId="77777777" w:rsidR="00F23FC1" w:rsidRDefault="001854CD">
            <w:r>
              <w:t>Mg</w:t>
            </w:r>
          </w:p>
        </w:tc>
        <w:tc>
          <w:tcPr>
            <w:tcW w:w="1314" w:type="dxa"/>
          </w:tcPr>
          <w:p w14:paraId="55EA6D9C" w14:textId="77777777" w:rsidR="00F23FC1" w:rsidRDefault="001854CD">
            <w:r>
              <w:t>12</w:t>
            </w:r>
          </w:p>
        </w:tc>
        <w:tc>
          <w:tcPr>
            <w:tcW w:w="1314" w:type="dxa"/>
          </w:tcPr>
          <w:p w14:paraId="1D7BD9E2" w14:textId="77777777" w:rsidR="00F23FC1" w:rsidRDefault="00F23FC1"/>
        </w:tc>
        <w:tc>
          <w:tcPr>
            <w:tcW w:w="1314" w:type="dxa"/>
          </w:tcPr>
          <w:p w14:paraId="33626F45" w14:textId="77777777" w:rsidR="00F23FC1" w:rsidRDefault="00F23FC1"/>
        </w:tc>
        <w:tc>
          <w:tcPr>
            <w:tcW w:w="1314" w:type="dxa"/>
          </w:tcPr>
          <w:p w14:paraId="62537E6F" w14:textId="77777777" w:rsidR="00F23FC1" w:rsidRDefault="00F23FC1"/>
        </w:tc>
        <w:tc>
          <w:tcPr>
            <w:tcW w:w="1314" w:type="dxa"/>
          </w:tcPr>
          <w:p w14:paraId="38265665" w14:textId="77777777" w:rsidR="00F23FC1" w:rsidRDefault="00F23FC1"/>
        </w:tc>
        <w:tc>
          <w:tcPr>
            <w:tcW w:w="1314" w:type="dxa"/>
          </w:tcPr>
          <w:p w14:paraId="31CD3403" w14:textId="77777777" w:rsidR="00F23FC1" w:rsidRDefault="00F23FC1"/>
        </w:tc>
      </w:tr>
      <w:tr w:rsidR="00F23FC1" w14:paraId="454CFC74" w14:textId="77777777">
        <w:tc>
          <w:tcPr>
            <w:tcW w:w="1314" w:type="dxa"/>
          </w:tcPr>
          <w:p w14:paraId="4DB7ED2B" w14:textId="77777777" w:rsidR="00F23FC1" w:rsidRDefault="001854CD">
            <w:r>
              <w:t>Silicon</w:t>
            </w:r>
          </w:p>
        </w:tc>
        <w:tc>
          <w:tcPr>
            <w:tcW w:w="1314" w:type="dxa"/>
          </w:tcPr>
          <w:p w14:paraId="24125E9E" w14:textId="77777777" w:rsidR="00F23FC1" w:rsidRDefault="001854CD">
            <w:r>
              <w:t>Si</w:t>
            </w:r>
          </w:p>
        </w:tc>
        <w:tc>
          <w:tcPr>
            <w:tcW w:w="1314" w:type="dxa"/>
          </w:tcPr>
          <w:p w14:paraId="6FC49EA0" w14:textId="77777777" w:rsidR="00F23FC1" w:rsidRDefault="001854CD">
            <w:r>
              <w:t>14</w:t>
            </w:r>
          </w:p>
        </w:tc>
        <w:tc>
          <w:tcPr>
            <w:tcW w:w="1314" w:type="dxa"/>
          </w:tcPr>
          <w:p w14:paraId="6506480C" w14:textId="77777777" w:rsidR="00F23FC1" w:rsidRDefault="00F23FC1"/>
        </w:tc>
        <w:tc>
          <w:tcPr>
            <w:tcW w:w="1314" w:type="dxa"/>
          </w:tcPr>
          <w:p w14:paraId="3D06F22A" w14:textId="77777777" w:rsidR="00F23FC1" w:rsidRDefault="00F23FC1"/>
        </w:tc>
        <w:tc>
          <w:tcPr>
            <w:tcW w:w="1314" w:type="dxa"/>
          </w:tcPr>
          <w:p w14:paraId="4E850E1F" w14:textId="77777777" w:rsidR="00F23FC1" w:rsidRDefault="00F23FC1"/>
        </w:tc>
        <w:tc>
          <w:tcPr>
            <w:tcW w:w="1314" w:type="dxa"/>
          </w:tcPr>
          <w:p w14:paraId="617BA56F" w14:textId="77777777" w:rsidR="00F23FC1" w:rsidRDefault="00F23FC1"/>
        </w:tc>
        <w:tc>
          <w:tcPr>
            <w:tcW w:w="1314" w:type="dxa"/>
          </w:tcPr>
          <w:p w14:paraId="5F867BEC" w14:textId="77777777" w:rsidR="00F23FC1" w:rsidRDefault="00F23FC1"/>
        </w:tc>
      </w:tr>
      <w:tr w:rsidR="00F23FC1" w14:paraId="2C7944A5" w14:textId="77777777">
        <w:tc>
          <w:tcPr>
            <w:tcW w:w="1314" w:type="dxa"/>
          </w:tcPr>
          <w:p w14:paraId="357DC150" w14:textId="77777777" w:rsidR="00F23FC1" w:rsidRDefault="001854CD">
            <w:r>
              <w:t>Sulfur</w:t>
            </w:r>
          </w:p>
        </w:tc>
        <w:tc>
          <w:tcPr>
            <w:tcW w:w="1314" w:type="dxa"/>
          </w:tcPr>
          <w:p w14:paraId="346DE55E" w14:textId="77777777" w:rsidR="00F23FC1" w:rsidRDefault="001854CD">
            <w:r>
              <w:t>S</w:t>
            </w:r>
          </w:p>
        </w:tc>
        <w:tc>
          <w:tcPr>
            <w:tcW w:w="1314" w:type="dxa"/>
          </w:tcPr>
          <w:p w14:paraId="77050FAD" w14:textId="77777777" w:rsidR="00F23FC1" w:rsidRDefault="001854CD">
            <w:r>
              <w:t>16</w:t>
            </w:r>
          </w:p>
        </w:tc>
        <w:tc>
          <w:tcPr>
            <w:tcW w:w="1314" w:type="dxa"/>
          </w:tcPr>
          <w:p w14:paraId="18375976" w14:textId="77777777" w:rsidR="00F23FC1" w:rsidRDefault="00F23FC1"/>
        </w:tc>
        <w:tc>
          <w:tcPr>
            <w:tcW w:w="1314" w:type="dxa"/>
          </w:tcPr>
          <w:p w14:paraId="1E6FAFDA" w14:textId="77777777" w:rsidR="00F23FC1" w:rsidRDefault="00F23FC1"/>
        </w:tc>
        <w:tc>
          <w:tcPr>
            <w:tcW w:w="1314" w:type="dxa"/>
          </w:tcPr>
          <w:p w14:paraId="3DBA0993" w14:textId="77777777" w:rsidR="00F23FC1" w:rsidRDefault="00F23FC1"/>
        </w:tc>
        <w:tc>
          <w:tcPr>
            <w:tcW w:w="1314" w:type="dxa"/>
          </w:tcPr>
          <w:p w14:paraId="250E1BE7" w14:textId="77777777" w:rsidR="00F23FC1" w:rsidRDefault="00F23FC1"/>
        </w:tc>
        <w:tc>
          <w:tcPr>
            <w:tcW w:w="1314" w:type="dxa"/>
          </w:tcPr>
          <w:p w14:paraId="29513C0B" w14:textId="77777777" w:rsidR="00F23FC1" w:rsidRDefault="00F23FC1"/>
        </w:tc>
      </w:tr>
      <w:tr w:rsidR="00F23FC1" w14:paraId="40A4BE9B" w14:textId="77777777">
        <w:tc>
          <w:tcPr>
            <w:tcW w:w="1314" w:type="dxa"/>
          </w:tcPr>
          <w:p w14:paraId="434B2ED4" w14:textId="77777777" w:rsidR="00F23FC1" w:rsidRDefault="001854CD">
            <w:r>
              <w:t>Potassium</w:t>
            </w:r>
          </w:p>
        </w:tc>
        <w:tc>
          <w:tcPr>
            <w:tcW w:w="1314" w:type="dxa"/>
          </w:tcPr>
          <w:p w14:paraId="36506065" w14:textId="77777777" w:rsidR="00F23FC1" w:rsidRDefault="001854CD">
            <w:r>
              <w:t>K</w:t>
            </w:r>
          </w:p>
        </w:tc>
        <w:tc>
          <w:tcPr>
            <w:tcW w:w="1314" w:type="dxa"/>
          </w:tcPr>
          <w:p w14:paraId="448ED350" w14:textId="77777777" w:rsidR="00F23FC1" w:rsidRDefault="001854CD">
            <w:r>
              <w:t>19</w:t>
            </w:r>
          </w:p>
        </w:tc>
        <w:tc>
          <w:tcPr>
            <w:tcW w:w="1314" w:type="dxa"/>
          </w:tcPr>
          <w:p w14:paraId="364D8EFC" w14:textId="77777777" w:rsidR="00F23FC1" w:rsidRDefault="00F23FC1"/>
        </w:tc>
        <w:tc>
          <w:tcPr>
            <w:tcW w:w="1314" w:type="dxa"/>
          </w:tcPr>
          <w:p w14:paraId="58733B1A" w14:textId="77777777" w:rsidR="00F23FC1" w:rsidRDefault="00F23FC1"/>
        </w:tc>
        <w:tc>
          <w:tcPr>
            <w:tcW w:w="1314" w:type="dxa"/>
          </w:tcPr>
          <w:p w14:paraId="57AF4151" w14:textId="77777777" w:rsidR="00F23FC1" w:rsidRDefault="00F23FC1"/>
        </w:tc>
        <w:tc>
          <w:tcPr>
            <w:tcW w:w="1314" w:type="dxa"/>
          </w:tcPr>
          <w:p w14:paraId="79699757" w14:textId="77777777" w:rsidR="00F23FC1" w:rsidRDefault="00F23FC1"/>
        </w:tc>
        <w:tc>
          <w:tcPr>
            <w:tcW w:w="1314" w:type="dxa"/>
          </w:tcPr>
          <w:p w14:paraId="62DFD96B" w14:textId="77777777" w:rsidR="00F23FC1" w:rsidRDefault="00F23FC1"/>
        </w:tc>
      </w:tr>
      <w:tr w:rsidR="00F23FC1" w14:paraId="2BDCBBDB" w14:textId="77777777">
        <w:tc>
          <w:tcPr>
            <w:tcW w:w="1314" w:type="dxa"/>
          </w:tcPr>
          <w:p w14:paraId="0B3106E5" w14:textId="77777777" w:rsidR="00F23FC1" w:rsidRDefault="001854CD">
            <w:r>
              <w:t>Zinc</w:t>
            </w:r>
          </w:p>
        </w:tc>
        <w:tc>
          <w:tcPr>
            <w:tcW w:w="1314" w:type="dxa"/>
          </w:tcPr>
          <w:p w14:paraId="72E236B6" w14:textId="77777777" w:rsidR="00F23FC1" w:rsidRDefault="001854CD">
            <w:r>
              <w:t>Zn</w:t>
            </w:r>
          </w:p>
        </w:tc>
        <w:tc>
          <w:tcPr>
            <w:tcW w:w="1314" w:type="dxa"/>
          </w:tcPr>
          <w:p w14:paraId="6B59D4CF" w14:textId="77777777" w:rsidR="00F23FC1" w:rsidRDefault="001854CD">
            <w:r>
              <w:t>30</w:t>
            </w:r>
          </w:p>
        </w:tc>
        <w:tc>
          <w:tcPr>
            <w:tcW w:w="1314" w:type="dxa"/>
          </w:tcPr>
          <w:p w14:paraId="7045EA3B" w14:textId="77777777" w:rsidR="00F23FC1" w:rsidRDefault="00F23FC1"/>
        </w:tc>
        <w:tc>
          <w:tcPr>
            <w:tcW w:w="1314" w:type="dxa"/>
          </w:tcPr>
          <w:p w14:paraId="4537BBF7" w14:textId="77777777" w:rsidR="00F23FC1" w:rsidRDefault="00F23FC1"/>
        </w:tc>
        <w:tc>
          <w:tcPr>
            <w:tcW w:w="1314" w:type="dxa"/>
          </w:tcPr>
          <w:p w14:paraId="0632C72E" w14:textId="77777777" w:rsidR="00F23FC1" w:rsidRDefault="00F23FC1"/>
        </w:tc>
        <w:tc>
          <w:tcPr>
            <w:tcW w:w="1314" w:type="dxa"/>
          </w:tcPr>
          <w:p w14:paraId="650FD805" w14:textId="77777777" w:rsidR="00F23FC1" w:rsidRDefault="00F23FC1"/>
        </w:tc>
        <w:tc>
          <w:tcPr>
            <w:tcW w:w="1314" w:type="dxa"/>
          </w:tcPr>
          <w:p w14:paraId="2BDF2D61" w14:textId="77777777" w:rsidR="00F23FC1" w:rsidRDefault="00F23FC1"/>
        </w:tc>
      </w:tr>
      <w:tr w:rsidR="00F23FC1" w14:paraId="54DABC18" w14:textId="77777777">
        <w:tc>
          <w:tcPr>
            <w:tcW w:w="1314" w:type="dxa"/>
          </w:tcPr>
          <w:p w14:paraId="4E1F7D53" w14:textId="77777777" w:rsidR="00F23FC1" w:rsidRDefault="001854CD">
            <w:r>
              <w:t>Silver</w:t>
            </w:r>
          </w:p>
        </w:tc>
        <w:tc>
          <w:tcPr>
            <w:tcW w:w="1314" w:type="dxa"/>
          </w:tcPr>
          <w:p w14:paraId="2917BEE8" w14:textId="77777777" w:rsidR="00F23FC1" w:rsidRDefault="001854CD">
            <w:r>
              <w:t>Ag</w:t>
            </w:r>
          </w:p>
        </w:tc>
        <w:tc>
          <w:tcPr>
            <w:tcW w:w="1314" w:type="dxa"/>
          </w:tcPr>
          <w:p w14:paraId="0F039763" w14:textId="77777777" w:rsidR="00F23FC1" w:rsidRDefault="001854CD">
            <w:r>
              <w:t>47</w:t>
            </w:r>
          </w:p>
        </w:tc>
        <w:tc>
          <w:tcPr>
            <w:tcW w:w="1314" w:type="dxa"/>
          </w:tcPr>
          <w:p w14:paraId="17D360EC" w14:textId="77777777" w:rsidR="00F23FC1" w:rsidRDefault="00F23FC1"/>
        </w:tc>
        <w:tc>
          <w:tcPr>
            <w:tcW w:w="1314" w:type="dxa"/>
          </w:tcPr>
          <w:p w14:paraId="2339FACE" w14:textId="77777777" w:rsidR="00F23FC1" w:rsidRDefault="00F23FC1"/>
        </w:tc>
        <w:tc>
          <w:tcPr>
            <w:tcW w:w="1314" w:type="dxa"/>
          </w:tcPr>
          <w:p w14:paraId="025765BD" w14:textId="77777777" w:rsidR="00F23FC1" w:rsidRDefault="00F23FC1"/>
        </w:tc>
        <w:tc>
          <w:tcPr>
            <w:tcW w:w="1314" w:type="dxa"/>
          </w:tcPr>
          <w:p w14:paraId="6DE6C046" w14:textId="77777777" w:rsidR="00F23FC1" w:rsidRDefault="00F23FC1"/>
        </w:tc>
        <w:tc>
          <w:tcPr>
            <w:tcW w:w="1314" w:type="dxa"/>
          </w:tcPr>
          <w:p w14:paraId="486B3B9C" w14:textId="77777777" w:rsidR="00F23FC1" w:rsidRDefault="00F23FC1"/>
        </w:tc>
      </w:tr>
    </w:tbl>
    <w:p w14:paraId="666EB830" w14:textId="77777777" w:rsidR="00F23FC1" w:rsidRDefault="001854CD">
      <w:r>
        <w:rPr>
          <w:b/>
          <w:sz w:val="24"/>
        </w:rPr>
        <w:t>Part 2 - Mass Spec &amp; Isotope Tags: Verify the Identity   (Target SC.912.P.10.5 T1)</w:t>
      </w:r>
    </w:p>
    <w:p w14:paraId="409CF09D" w14:textId="77777777" w:rsidR="00F23FC1" w:rsidRDefault="001854CD">
      <w:r>
        <w:t>The mass spectrometer report verifies each element's identity the way a barcode does: an element shows up as the same proton count paired with different possible neutron counts. For each isotope pair, write the isotope notation, state what is the same and what differs, and explain why both belong to the same element. Then, for bromine, use the isotope data below to compute the weighted average atomic mass on the periodic table - and explain why weighting by natural abundance, not a simple average, is the correct way to get that number.</w:t>
      </w:r>
    </w:p>
    <w:tbl>
      <w:tblPr>
        <w:tblStyle w:val="TableGrid"/>
        <w:tblW w:w="0" w:type="auto"/>
        <w:tblLook w:val="04A0" w:firstRow="1" w:lastRow="0" w:firstColumn="1" w:lastColumn="0" w:noHBand="0" w:noVBand="1"/>
      </w:tblPr>
      <w:tblGrid>
        <w:gridCol w:w="2102"/>
        <w:gridCol w:w="526"/>
        <w:gridCol w:w="1576"/>
        <w:gridCol w:w="1052"/>
        <w:gridCol w:w="1050"/>
        <w:gridCol w:w="1578"/>
        <w:gridCol w:w="524"/>
        <w:gridCol w:w="2104"/>
      </w:tblGrid>
      <w:tr w:rsidR="00F23FC1" w14:paraId="301F85AC" w14:textId="77777777">
        <w:tc>
          <w:tcPr>
            <w:tcW w:w="2102" w:type="dxa"/>
          </w:tcPr>
          <w:p w14:paraId="5FC79571" w14:textId="77777777" w:rsidR="00F23FC1" w:rsidRDefault="001854CD">
            <w:r>
              <w:rPr>
                <w:b/>
              </w:rPr>
              <w:t>Isotope pair</w:t>
            </w:r>
          </w:p>
        </w:tc>
        <w:tc>
          <w:tcPr>
            <w:tcW w:w="2102" w:type="dxa"/>
            <w:gridSpan w:val="2"/>
          </w:tcPr>
          <w:p w14:paraId="06BD0B29" w14:textId="77777777" w:rsidR="00F23FC1" w:rsidRDefault="001854CD">
            <w:r>
              <w:rPr>
                <w:b/>
              </w:rPr>
              <w:t>Isotope notation</w:t>
            </w:r>
          </w:p>
        </w:tc>
        <w:tc>
          <w:tcPr>
            <w:tcW w:w="2102" w:type="dxa"/>
            <w:gridSpan w:val="2"/>
          </w:tcPr>
          <w:p w14:paraId="1D61E815" w14:textId="77777777" w:rsidR="00F23FC1" w:rsidRDefault="001854CD">
            <w:r>
              <w:rPr>
                <w:b/>
              </w:rPr>
              <w:t>Same atomic #? (Y/N)</w:t>
            </w:r>
          </w:p>
        </w:tc>
        <w:tc>
          <w:tcPr>
            <w:tcW w:w="2102" w:type="dxa"/>
            <w:gridSpan w:val="2"/>
          </w:tcPr>
          <w:p w14:paraId="50112C58" w14:textId="77777777" w:rsidR="00F23FC1" w:rsidRDefault="001854CD">
            <w:r>
              <w:rPr>
                <w:b/>
              </w:rPr>
              <w:t>Same mass #? (Y/N)</w:t>
            </w:r>
          </w:p>
        </w:tc>
        <w:tc>
          <w:tcPr>
            <w:tcW w:w="2102" w:type="dxa"/>
          </w:tcPr>
          <w:p w14:paraId="3DDF0715" w14:textId="77777777" w:rsidR="00F23FC1" w:rsidRDefault="001854CD">
            <w:r>
              <w:rPr>
                <w:b/>
              </w:rPr>
              <w:t>What differs?  Why same element?</w:t>
            </w:r>
          </w:p>
        </w:tc>
      </w:tr>
      <w:tr w:rsidR="00F23FC1" w14:paraId="4A910414" w14:textId="77777777">
        <w:tc>
          <w:tcPr>
            <w:tcW w:w="2102" w:type="dxa"/>
          </w:tcPr>
          <w:p w14:paraId="4457F78B" w14:textId="77777777" w:rsidR="00F23FC1" w:rsidRDefault="001854CD">
            <w:r>
              <w:t>Hydrogen-1 and Hydrogen-2</w:t>
            </w:r>
          </w:p>
        </w:tc>
        <w:tc>
          <w:tcPr>
            <w:tcW w:w="2102" w:type="dxa"/>
            <w:gridSpan w:val="2"/>
          </w:tcPr>
          <w:p w14:paraId="7DC06416" w14:textId="77777777" w:rsidR="00F23FC1" w:rsidRDefault="00F23FC1"/>
        </w:tc>
        <w:tc>
          <w:tcPr>
            <w:tcW w:w="2102" w:type="dxa"/>
            <w:gridSpan w:val="2"/>
          </w:tcPr>
          <w:p w14:paraId="58CCA2F7" w14:textId="77777777" w:rsidR="00F23FC1" w:rsidRDefault="00F23FC1"/>
        </w:tc>
        <w:tc>
          <w:tcPr>
            <w:tcW w:w="2102" w:type="dxa"/>
            <w:gridSpan w:val="2"/>
          </w:tcPr>
          <w:p w14:paraId="3D94CB0D" w14:textId="77777777" w:rsidR="00F23FC1" w:rsidRDefault="00F23FC1"/>
        </w:tc>
        <w:tc>
          <w:tcPr>
            <w:tcW w:w="2102" w:type="dxa"/>
          </w:tcPr>
          <w:p w14:paraId="103E8C17" w14:textId="77777777" w:rsidR="00F23FC1" w:rsidRDefault="00F23FC1"/>
        </w:tc>
      </w:tr>
      <w:tr w:rsidR="00F23FC1" w14:paraId="6193AA8D" w14:textId="77777777">
        <w:tc>
          <w:tcPr>
            <w:tcW w:w="2102" w:type="dxa"/>
          </w:tcPr>
          <w:p w14:paraId="3856562C" w14:textId="77777777" w:rsidR="00F23FC1" w:rsidRDefault="001854CD">
            <w:r>
              <w:t>Oxygen-16 and Oxygen-18</w:t>
            </w:r>
          </w:p>
        </w:tc>
        <w:tc>
          <w:tcPr>
            <w:tcW w:w="2102" w:type="dxa"/>
            <w:gridSpan w:val="2"/>
          </w:tcPr>
          <w:p w14:paraId="6334A6D5" w14:textId="77777777" w:rsidR="00F23FC1" w:rsidRDefault="00F23FC1"/>
        </w:tc>
        <w:tc>
          <w:tcPr>
            <w:tcW w:w="2102" w:type="dxa"/>
            <w:gridSpan w:val="2"/>
          </w:tcPr>
          <w:p w14:paraId="75F112D7" w14:textId="77777777" w:rsidR="00F23FC1" w:rsidRDefault="00F23FC1"/>
        </w:tc>
        <w:tc>
          <w:tcPr>
            <w:tcW w:w="2102" w:type="dxa"/>
            <w:gridSpan w:val="2"/>
          </w:tcPr>
          <w:p w14:paraId="3C6CBDAA" w14:textId="77777777" w:rsidR="00F23FC1" w:rsidRDefault="00F23FC1"/>
        </w:tc>
        <w:tc>
          <w:tcPr>
            <w:tcW w:w="2102" w:type="dxa"/>
          </w:tcPr>
          <w:p w14:paraId="32B4EA77" w14:textId="77777777" w:rsidR="00F23FC1" w:rsidRDefault="00F23FC1"/>
        </w:tc>
      </w:tr>
      <w:tr w:rsidR="00F23FC1" w14:paraId="2A49AFDD" w14:textId="77777777">
        <w:tc>
          <w:tcPr>
            <w:tcW w:w="2102" w:type="dxa"/>
          </w:tcPr>
          <w:p w14:paraId="7902BC76" w14:textId="77777777" w:rsidR="00F23FC1" w:rsidRDefault="001854CD">
            <w:r>
              <w:t>Iron-56 and Iron-58</w:t>
            </w:r>
          </w:p>
        </w:tc>
        <w:tc>
          <w:tcPr>
            <w:tcW w:w="2102" w:type="dxa"/>
            <w:gridSpan w:val="2"/>
          </w:tcPr>
          <w:p w14:paraId="7904E184" w14:textId="77777777" w:rsidR="00F23FC1" w:rsidRDefault="00F23FC1"/>
        </w:tc>
        <w:tc>
          <w:tcPr>
            <w:tcW w:w="2102" w:type="dxa"/>
            <w:gridSpan w:val="2"/>
          </w:tcPr>
          <w:p w14:paraId="4B4C7F76" w14:textId="77777777" w:rsidR="00F23FC1" w:rsidRDefault="00F23FC1"/>
        </w:tc>
        <w:tc>
          <w:tcPr>
            <w:tcW w:w="2102" w:type="dxa"/>
            <w:gridSpan w:val="2"/>
          </w:tcPr>
          <w:p w14:paraId="50C2AB1B" w14:textId="77777777" w:rsidR="00F23FC1" w:rsidRDefault="00F23FC1"/>
        </w:tc>
        <w:tc>
          <w:tcPr>
            <w:tcW w:w="2102" w:type="dxa"/>
          </w:tcPr>
          <w:p w14:paraId="572B1176" w14:textId="77777777" w:rsidR="00F23FC1" w:rsidRDefault="00F23FC1"/>
        </w:tc>
      </w:tr>
      <w:tr w:rsidR="00F23FC1" w14:paraId="0BED76B0" w14:textId="77777777">
        <w:tc>
          <w:tcPr>
            <w:tcW w:w="2628" w:type="dxa"/>
            <w:gridSpan w:val="2"/>
          </w:tcPr>
          <w:p w14:paraId="67EC7C83" w14:textId="77777777" w:rsidR="00F23FC1" w:rsidRDefault="001854CD">
            <w:r>
              <w:rPr>
                <w:b/>
              </w:rPr>
              <w:t>Isotope</w:t>
            </w:r>
          </w:p>
        </w:tc>
        <w:tc>
          <w:tcPr>
            <w:tcW w:w="2628" w:type="dxa"/>
            <w:gridSpan w:val="2"/>
          </w:tcPr>
          <w:p w14:paraId="76719583" w14:textId="77777777" w:rsidR="00F23FC1" w:rsidRDefault="001854CD">
            <w:r>
              <w:rPr>
                <w:b/>
              </w:rPr>
              <w:t>Mass (amu)</w:t>
            </w:r>
          </w:p>
        </w:tc>
        <w:tc>
          <w:tcPr>
            <w:tcW w:w="2628" w:type="dxa"/>
            <w:gridSpan w:val="2"/>
          </w:tcPr>
          <w:p w14:paraId="7E81C051" w14:textId="77777777" w:rsidR="00F23FC1" w:rsidRDefault="001854CD">
            <w:r>
              <w:rPr>
                <w:b/>
              </w:rPr>
              <w:t>Natural abundance (%)</w:t>
            </w:r>
          </w:p>
        </w:tc>
        <w:tc>
          <w:tcPr>
            <w:tcW w:w="2628" w:type="dxa"/>
            <w:gridSpan w:val="2"/>
          </w:tcPr>
          <w:p w14:paraId="52BBDBD6" w14:textId="77777777" w:rsidR="00F23FC1" w:rsidRDefault="001854CD">
            <w:r>
              <w:rPr>
                <w:b/>
              </w:rPr>
              <w:t>Contribution (amu)</w:t>
            </w:r>
          </w:p>
        </w:tc>
      </w:tr>
      <w:tr w:rsidR="00F23FC1" w14:paraId="3FBC45E3" w14:textId="77777777">
        <w:tc>
          <w:tcPr>
            <w:tcW w:w="2628" w:type="dxa"/>
            <w:gridSpan w:val="2"/>
          </w:tcPr>
          <w:p w14:paraId="2FEEFE87" w14:textId="77777777" w:rsidR="00F23FC1" w:rsidRDefault="001854CD">
            <w:r>
              <w:t>Br-79</w:t>
            </w:r>
          </w:p>
        </w:tc>
        <w:tc>
          <w:tcPr>
            <w:tcW w:w="2628" w:type="dxa"/>
            <w:gridSpan w:val="2"/>
          </w:tcPr>
          <w:p w14:paraId="7EA74A8B" w14:textId="77777777" w:rsidR="00F23FC1" w:rsidRDefault="001854CD">
            <w:r>
              <w:t>78.918</w:t>
            </w:r>
          </w:p>
        </w:tc>
        <w:tc>
          <w:tcPr>
            <w:tcW w:w="2628" w:type="dxa"/>
            <w:gridSpan w:val="2"/>
          </w:tcPr>
          <w:p w14:paraId="72E3BDF7" w14:textId="77777777" w:rsidR="00F23FC1" w:rsidRDefault="001854CD">
            <w:r>
              <w:t>50.69</w:t>
            </w:r>
          </w:p>
        </w:tc>
        <w:tc>
          <w:tcPr>
            <w:tcW w:w="2628" w:type="dxa"/>
            <w:gridSpan w:val="2"/>
          </w:tcPr>
          <w:p w14:paraId="25FB9628" w14:textId="77777777" w:rsidR="00F23FC1" w:rsidRDefault="00F23FC1"/>
        </w:tc>
      </w:tr>
      <w:tr w:rsidR="00F23FC1" w14:paraId="49D62F89" w14:textId="77777777">
        <w:tc>
          <w:tcPr>
            <w:tcW w:w="2628" w:type="dxa"/>
            <w:gridSpan w:val="2"/>
          </w:tcPr>
          <w:p w14:paraId="34D1E8A3" w14:textId="77777777" w:rsidR="00F23FC1" w:rsidRDefault="001854CD">
            <w:r>
              <w:t>Br-81</w:t>
            </w:r>
          </w:p>
        </w:tc>
        <w:tc>
          <w:tcPr>
            <w:tcW w:w="2628" w:type="dxa"/>
            <w:gridSpan w:val="2"/>
          </w:tcPr>
          <w:p w14:paraId="73D68084" w14:textId="77777777" w:rsidR="00F23FC1" w:rsidRDefault="001854CD">
            <w:r>
              <w:t>80.916</w:t>
            </w:r>
          </w:p>
        </w:tc>
        <w:tc>
          <w:tcPr>
            <w:tcW w:w="2628" w:type="dxa"/>
            <w:gridSpan w:val="2"/>
          </w:tcPr>
          <w:p w14:paraId="070D36DA" w14:textId="77777777" w:rsidR="00F23FC1" w:rsidRDefault="001854CD">
            <w:r>
              <w:t>49.31</w:t>
            </w:r>
          </w:p>
        </w:tc>
        <w:tc>
          <w:tcPr>
            <w:tcW w:w="2628" w:type="dxa"/>
            <w:gridSpan w:val="2"/>
          </w:tcPr>
          <w:p w14:paraId="20FDF614" w14:textId="77777777" w:rsidR="00F23FC1" w:rsidRDefault="00F23FC1"/>
        </w:tc>
      </w:tr>
    </w:tbl>
    <w:p w14:paraId="4F45552E" w14:textId="77777777" w:rsidR="00E36664" w:rsidRDefault="00E36664">
      <w:pPr>
        <w:rPr>
          <w:b/>
        </w:rPr>
      </w:pPr>
    </w:p>
    <w:p w14:paraId="38EA858B" w14:textId="39E63328" w:rsidR="00F23FC1" w:rsidRDefault="001854CD">
      <w:r>
        <w:rPr>
          <w:b/>
        </w:rPr>
        <w:t xml:space="preserve">Average atomic mass of bromine:   </w:t>
      </w:r>
    </w:p>
    <w:p w14:paraId="584721D3" w14:textId="77777777" w:rsidR="00E36664" w:rsidRDefault="00E36664">
      <w:pPr>
        <w:rPr>
          <w:b/>
          <w:sz w:val="24"/>
        </w:rPr>
      </w:pPr>
    </w:p>
    <w:p w14:paraId="1811F91E" w14:textId="1532C89E" w:rsidR="00F23FC1" w:rsidRDefault="001854CD">
      <w:r>
        <w:rPr>
          <w:b/>
          <w:sz w:val="24"/>
        </w:rPr>
        <w:t>Part 3 - The Data Log: Read the Heating Curve</w:t>
      </w:r>
      <w:proofErr w:type="gramStart"/>
      <w:r>
        <w:rPr>
          <w:b/>
          <w:sz w:val="24"/>
        </w:rPr>
        <w:t xml:space="preserve">   (</w:t>
      </w:r>
      <w:proofErr w:type="gramEnd"/>
      <w:r>
        <w:rPr>
          <w:b/>
          <w:sz w:val="24"/>
        </w:rPr>
        <w:t>Target SC.</w:t>
      </w:r>
      <w:proofErr w:type="gramStart"/>
      <w:r>
        <w:rPr>
          <w:b/>
          <w:sz w:val="24"/>
        </w:rPr>
        <w:t>912.P.</w:t>
      </w:r>
      <w:proofErr w:type="gramEnd"/>
      <w:r>
        <w:rPr>
          <w:b/>
          <w:sz w:val="24"/>
        </w:rPr>
        <w:t>10.5 T2)</w:t>
      </w:r>
    </w:p>
    <w:p w14:paraId="048EC2A7" w14:textId="77777777" w:rsidR="00F23FC1" w:rsidRDefault="001854CD">
      <w:r>
        <w:t>The centerpiece of the report is the recorded heating run: a 20 g sample of ice heated on a hot plate and logged every minute, starting at -10°C. This is where the states and phase changes live, so it gets the deepest analysis. Work through the steps in order: PREDICT before you label, then read the five regions, explain the plateaus with KMT, extend to the cooling curve and the other phase changes, and complete the states and phase-change tables for the manual.</w:t>
      </w:r>
    </w:p>
    <w:tbl>
      <w:tblPr>
        <w:tblStyle w:val="TableGrid"/>
        <w:tblW w:w="0" w:type="auto"/>
        <w:tblLook w:val="04A0" w:firstRow="1" w:lastRow="0" w:firstColumn="1" w:lastColumn="0" w:noHBand="0" w:noVBand="1"/>
      </w:tblPr>
      <w:tblGrid>
        <w:gridCol w:w="2628"/>
        <w:gridCol w:w="2628"/>
        <w:gridCol w:w="2628"/>
        <w:gridCol w:w="2628"/>
      </w:tblGrid>
      <w:tr w:rsidR="00F23FC1" w14:paraId="5B44F4B7" w14:textId="77777777">
        <w:tc>
          <w:tcPr>
            <w:tcW w:w="2628" w:type="dxa"/>
          </w:tcPr>
          <w:p w14:paraId="73CE3078" w14:textId="77777777" w:rsidR="00F23FC1" w:rsidRDefault="001854CD">
            <w:r>
              <w:rPr>
                <w:b/>
              </w:rPr>
              <w:t>Time (min)</w:t>
            </w:r>
          </w:p>
        </w:tc>
        <w:tc>
          <w:tcPr>
            <w:tcW w:w="2628" w:type="dxa"/>
          </w:tcPr>
          <w:p w14:paraId="48266773" w14:textId="77777777" w:rsidR="00F23FC1" w:rsidRDefault="001854CD">
            <w:r>
              <w:rPr>
                <w:b/>
              </w:rPr>
              <w:t>Temperature (°C)</w:t>
            </w:r>
          </w:p>
        </w:tc>
        <w:tc>
          <w:tcPr>
            <w:tcW w:w="2628" w:type="dxa"/>
          </w:tcPr>
          <w:p w14:paraId="045B8A5C" w14:textId="77777777" w:rsidR="00F23FC1" w:rsidRDefault="001854CD">
            <w:r>
              <w:rPr>
                <w:b/>
              </w:rPr>
              <w:t>Time (min)</w:t>
            </w:r>
          </w:p>
        </w:tc>
        <w:tc>
          <w:tcPr>
            <w:tcW w:w="2628" w:type="dxa"/>
          </w:tcPr>
          <w:p w14:paraId="46D7AE42" w14:textId="77777777" w:rsidR="00F23FC1" w:rsidRDefault="001854CD">
            <w:r>
              <w:rPr>
                <w:b/>
              </w:rPr>
              <w:t>Temperature (°C)</w:t>
            </w:r>
          </w:p>
        </w:tc>
      </w:tr>
      <w:tr w:rsidR="00F23FC1" w14:paraId="1B5EB643" w14:textId="77777777">
        <w:tc>
          <w:tcPr>
            <w:tcW w:w="2628" w:type="dxa"/>
          </w:tcPr>
          <w:p w14:paraId="7F6CE90B" w14:textId="77777777" w:rsidR="00F23FC1" w:rsidRDefault="001854CD">
            <w:r>
              <w:t>0</w:t>
            </w:r>
          </w:p>
        </w:tc>
        <w:tc>
          <w:tcPr>
            <w:tcW w:w="2628" w:type="dxa"/>
          </w:tcPr>
          <w:p w14:paraId="10353FAA" w14:textId="77777777" w:rsidR="00F23FC1" w:rsidRDefault="001854CD">
            <w:r>
              <w:t>-10</w:t>
            </w:r>
          </w:p>
        </w:tc>
        <w:tc>
          <w:tcPr>
            <w:tcW w:w="2628" w:type="dxa"/>
          </w:tcPr>
          <w:p w14:paraId="65D80930" w14:textId="77777777" w:rsidR="00F23FC1" w:rsidRDefault="001854CD">
            <w:r>
              <w:t>16</w:t>
            </w:r>
          </w:p>
        </w:tc>
        <w:tc>
          <w:tcPr>
            <w:tcW w:w="2628" w:type="dxa"/>
          </w:tcPr>
          <w:p w14:paraId="2BE56BA0" w14:textId="77777777" w:rsidR="00F23FC1" w:rsidRDefault="001854CD">
            <w:r>
              <w:t>45</w:t>
            </w:r>
          </w:p>
        </w:tc>
      </w:tr>
      <w:tr w:rsidR="00F23FC1" w14:paraId="0BEA8790" w14:textId="77777777">
        <w:tc>
          <w:tcPr>
            <w:tcW w:w="2628" w:type="dxa"/>
          </w:tcPr>
          <w:p w14:paraId="1B82F9B7" w14:textId="77777777" w:rsidR="00F23FC1" w:rsidRDefault="001854CD">
            <w:r>
              <w:t>1</w:t>
            </w:r>
          </w:p>
        </w:tc>
        <w:tc>
          <w:tcPr>
            <w:tcW w:w="2628" w:type="dxa"/>
          </w:tcPr>
          <w:p w14:paraId="0AB29F00" w14:textId="77777777" w:rsidR="00F23FC1" w:rsidRDefault="001854CD">
            <w:r>
              <w:t>-7</w:t>
            </w:r>
          </w:p>
        </w:tc>
        <w:tc>
          <w:tcPr>
            <w:tcW w:w="2628" w:type="dxa"/>
          </w:tcPr>
          <w:p w14:paraId="018A7B5A" w14:textId="77777777" w:rsidR="00F23FC1" w:rsidRDefault="001854CD">
            <w:r>
              <w:t>17</w:t>
            </w:r>
          </w:p>
        </w:tc>
        <w:tc>
          <w:tcPr>
            <w:tcW w:w="2628" w:type="dxa"/>
          </w:tcPr>
          <w:p w14:paraId="38AACF96" w14:textId="77777777" w:rsidR="00F23FC1" w:rsidRDefault="001854CD">
            <w:r>
              <w:t>55</w:t>
            </w:r>
          </w:p>
        </w:tc>
      </w:tr>
      <w:tr w:rsidR="00F23FC1" w14:paraId="00F72AE0" w14:textId="77777777">
        <w:tc>
          <w:tcPr>
            <w:tcW w:w="2628" w:type="dxa"/>
          </w:tcPr>
          <w:p w14:paraId="3F5F44A1" w14:textId="77777777" w:rsidR="00F23FC1" w:rsidRDefault="001854CD">
            <w:r>
              <w:t>2</w:t>
            </w:r>
          </w:p>
        </w:tc>
        <w:tc>
          <w:tcPr>
            <w:tcW w:w="2628" w:type="dxa"/>
          </w:tcPr>
          <w:p w14:paraId="44D8997F" w14:textId="77777777" w:rsidR="00F23FC1" w:rsidRDefault="001854CD">
            <w:r>
              <w:t>-4</w:t>
            </w:r>
          </w:p>
        </w:tc>
        <w:tc>
          <w:tcPr>
            <w:tcW w:w="2628" w:type="dxa"/>
          </w:tcPr>
          <w:p w14:paraId="44858224" w14:textId="77777777" w:rsidR="00F23FC1" w:rsidRDefault="001854CD">
            <w:r>
              <w:t>18</w:t>
            </w:r>
          </w:p>
        </w:tc>
        <w:tc>
          <w:tcPr>
            <w:tcW w:w="2628" w:type="dxa"/>
          </w:tcPr>
          <w:p w14:paraId="50DE7339" w14:textId="77777777" w:rsidR="00F23FC1" w:rsidRDefault="001854CD">
            <w:r>
              <w:t>66</w:t>
            </w:r>
          </w:p>
        </w:tc>
      </w:tr>
      <w:tr w:rsidR="00F23FC1" w14:paraId="7EF6897A" w14:textId="77777777">
        <w:tc>
          <w:tcPr>
            <w:tcW w:w="2628" w:type="dxa"/>
          </w:tcPr>
          <w:p w14:paraId="25348CB2" w14:textId="77777777" w:rsidR="00F23FC1" w:rsidRDefault="001854CD">
            <w:r>
              <w:t>3</w:t>
            </w:r>
          </w:p>
        </w:tc>
        <w:tc>
          <w:tcPr>
            <w:tcW w:w="2628" w:type="dxa"/>
          </w:tcPr>
          <w:p w14:paraId="6C0660C7" w14:textId="77777777" w:rsidR="00F23FC1" w:rsidRDefault="001854CD">
            <w:r>
              <w:t>-1</w:t>
            </w:r>
          </w:p>
        </w:tc>
        <w:tc>
          <w:tcPr>
            <w:tcW w:w="2628" w:type="dxa"/>
          </w:tcPr>
          <w:p w14:paraId="4BBBAF03" w14:textId="77777777" w:rsidR="00F23FC1" w:rsidRDefault="001854CD">
            <w:r>
              <w:t>19</w:t>
            </w:r>
          </w:p>
        </w:tc>
        <w:tc>
          <w:tcPr>
            <w:tcW w:w="2628" w:type="dxa"/>
          </w:tcPr>
          <w:p w14:paraId="7A35D9EE" w14:textId="77777777" w:rsidR="00F23FC1" w:rsidRDefault="001854CD">
            <w:r>
              <w:t>77</w:t>
            </w:r>
          </w:p>
        </w:tc>
      </w:tr>
      <w:tr w:rsidR="00F23FC1" w14:paraId="79BF4492" w14:textId="77777777">
        <w:tc>
          <w:tcPr>
            <w:tcW w:w="2628" w:type="dxa"/>
          </w:tcPr>
          <w:p w14:paraId="5304FDA3" w14:textId="77777777" w:rsidR="00F23FC1" w:rsidRDefault="001854CD">
            <w:r>
              <w:t>4</w:t>
            </w:r>
          </w:p>
        </w:tc>
        <w:tc>
          <w:tcPr>
            <w:tcW w:w="2628" w:type="dxa"/>
          </w:tcPr>
          <w:p w14:paraId="01833AD9" w14:textId="77777777" w:rsidR="00F23FC1" w:rsidRDefault="001854CD">
            <w:r>
              <w:t>0</w:t>
            </w:r>
          </w:p>
        </w:tc>
        <w:tc>
          <w:tcPr>
            <w:tcW w:w="2628" w:type="dxa"/>
          </w:tcPr>
          <w:p w14:paraId="22754823" w14:textId="77777777" w:rsidR="00F23FC1" w:rsidRDefault="001854CD">
            <w:r>
              <w:t>20</w:t>
            </w:r>
          </w:p>
        </w:tc>
        <w:tc>
          <w:tcPr>
            <w:tcW w:w="2628" w:type="dxa"/>
          </w:tcPr>
          <w:p w14:paraId="085D2E20" w14:textId="77777777" w:rsidR="00F23FC1" w:rsidRDefault="001854CD">
            <w:r>
              <w:t>88</w:t>
            </w:r>
          </w:p>
        </w:tc>
      </w:tr>
      <w:tr w:rsidR="00F23FC1" w14:paraId="5B7AA6A2" w14:textId="77777777">
        <w:tc>
          <w:tcPr>
            <w:tcW w:w="2628" w:type="dxa"/>
          </w:tcPr>
          <w:p w14:paraId="39B68D69" w14:textId="77777777" w:rsidR="00F23FC1" w:rsidRDefault="001854CD">
            <w:r>
              <w:t>5</w:t>
            </w:r>
          </w:p>
        </w:tc>
        <w:tc>
          <w:tcPr>
            <w:tcW w:w="2628" w:type="dxa"/>
          </w:tcPr>
          <w:p w14:paraId="2B5BDAD3" w14:textId="77777777" w:rsidR="00F23FC1" w:rsidRDefault="001854CD">
            <w:r>
              <w:t>0</w:t>
            </w:r>
          </w:p>
        </w:tc>
        <w:tc>
          <w:tcPr>
            <w:tcW w:w="2628" w:type="dxa"/>
          </w:tcPr>
          <w:p w14:paraId="7DE696C8" w14:textId="77777777" w:rsidR="00F23FC1" w:rsidRDefault="001854CD">
            <w:r>
              <w:t>21</w:t>
            </w:r>
          </w:p>
        </w:tc>
        <w:tc>
          <w:tcPr>
            <w:tcW w:w="2628" w:type="dxa"/>
          </w:tcPr>
          <w:p w14:paraId="12337776" w14:textId="77777777" w:rsidR="00F23FC1" w:rsidRDefault="001854CD">
            <w:r>
              <w:t>96</w:t>
            </w:r>
          </w:p>
        </w:tc>
      </w:tr>
      <w:tr w:rsidR="00F23FC1" w14:paraId="74C4A7DF" w14:textId="77777777">
        <w:tc>
          <w:tcPr>
            <w:tcW w:w="2628" w:type="dxa"/>
          </w:tcPr>
          <w:p w14:paraId="0B577A9C" w14:textId="77777777" w:rsidR="00F23FC1" w:rsidRDefault="001854CD">
            <w:r>
              <w:t>6</w:t>
            </w:r>
          </w:p>
        </w:tc>
        <w:tc>
          <w:tcPr>
            <w:tcW w:w="2628" w:type="dxa"/>
          </w:tcPr>
          <w:p w14:paraId="36075969" w14:textId="77777777" w:rsidR="00F23FC1" w:rsidRDefault="001854CD">
            <w:r>
              <w:t>0</w:t>
            </w:r>
          </w:p>
        </w:tc>
        <w:tc>
          <w:tcPr>
            <w:tcW w:w="2628" w:type="dxa"/>
          </w:tcPr>
          <w:p w14:paraId="52FDE776" w14:textId="77777777" w:rsidR="00F23FC1" w:rsidRDefault="001854CD">
            <w:r>
              <w:t>22</w:t>
            </w:r>
          </w:p>
        </w:tc>
        <w:tc>
          <w:tcPr>
            <w:tcW w:w="2628" w:type="dxa"/>
          </w:tcPr>
          <w:p w14:paraId="71A57D4B" w14:textId="77777777" w:rsidR="00F23FC1" w:rsidRDefault="001854CD">
            <w:r>
              <w:t>100</w:t>
            </w:r>
          </w:p>
        </w:tc>
      </w:tr>
      <w:tr w:rsidR="00F23FC1" w14:paraId="26F577B6" w14:textId="77777777">
        <w:tc>
          <w:tcPr>
            <w:tcW w:w="2628" w:type="dxa"/>
          </w:tcPr>
          <w:p w14:paraId="3768F925" w14:textId="77777777" w:rsidR="00F23FC1" w:rsidRDefault="001854CD">
            <w:r>
              <w:t>7</w:t>
            </w:r>
          </w:p>
        </w:tc>
        <w:tc>
          <w:tcPr>
            <w:tcW w:w="2628" w:type="dxa"/>
          </w:tcPr>
          <w:p w14:paraId="512ABFE8" w14:textId="77777777" w:rsidR="00F23FC1" w:rsidRDefault="001854CD">
            <w:r>
              <w:t>0</w:t>
            </w:r>
          </w:p>
        </w:tc>
        <w:tc>
          <w:tcPr>
            <w:tcW w:w="2628" w:type="dxa"/>
          </w:tcPr>
          <w:p w14:paraId="7010FB59" w14:textId="77777777" w:rsidR="00F23FC1" w:rsidRDefault="001854CD">
            <w:r>
              <w:t>23</w:t>
            </w:r>
          </w:p>
        </w:tc>
        <w:tc>
          <w:tcPr>
            <w:tcW w:w="2628" w:type="dxa"/>
          </w:tcPr>
          <w:p w14:paraId="56877DE4" w14:textId="77777777" w:rsidR="00F23FC1" w:rsidRDefault="001854CD">
            <w:r>
              <w:t>100</w:t>
            </w:r>
          </w:p>
        </w:tc>
      </w:tr>
      <w:tr w:rsidR="00F23FC1" w14:paraId="05DD2165" w14:textId="77777777">
        <w:tc>
          <w:tcPr>
            <w:tcW w:w="2628" w:type="dxa"/>
          </w:tcPr>
          <w:p w14:paraId="31FE3977" w14:textId="77777777" w:rsidR="00F23FC1" w:rsidRDefault="001854CD">
            <w:r>
              <w:t>8</w:t>
            </w:r>
          </w:p>
        </w:tc>
        <w:tc>
          <w:tcPr>
            <w:tcW w:w="2628" w:type="dxa"/>
          </w:tcPr>
          <w:p w14:paraId="00EF547D" w14:textId="77777777" w:rsidR="00F23FC1" w:rsidRDefault="001854CD">
            <w:r>
              <w:t>1</w:t>
            </w:r>
          </w:p>
        </w:tc>
        <w:tc>
          <w:tcPr>
            <w:tcW w:w="2628" w:type="dxa"/>
          </w:tcPr>
          <w:p w14:paraId="7888F31C" w14:textId="77777777" w:rsidR="00F23FC1" w:rsidRDefault="001854CD">
            <w:r>
              <w:t>24</w:t>
            </w:r>
          </w:p>
        </w:tc>
        <w:tc>
          <w:tcPr>
            <w:tcW w:w="2628" w:type="dxa"/>
          </w:tcPr>
          <w:p w14:paraId="38E35FC0" w14:textId="77777777" w:rsidR="00F23FC1" w:rsidRDefault="001854CD">
            <w:r>
              <w:t>100</w:t>
            </w:r>
          </w:p>
        </w:tc>
      </w:tr>
      <w:tr w:rsidR="00F23FC1" w14:paraId="03B9B04C" w14:textId="77777777">
        <w:tc>
          <w:tcPr>
            <w:tcW w:w="2628" w:type="dxa"/>
          </w:tcPr>
          <w:p w14:paraId="0F56CE9A" w14:textId="77777777" w:rsidR="00F23FC1" w:rsidRDefault="001854CD">
            <w:r>
              <w:t>9</w:t>
            </w:r>
          </w:p>
        </w:tc>
        <w:tc>
          <w:tcPr>
            <w:tcW w:w="2628" w:type="dxa"/>
          </w:tcPr>
          <w:p w14:paraId="1040922F" w14:textId="77777777" w:rsidR="00F23FC1" w:rsidRDefault="001854CD">
            <w:r>
              <w:t>3</w:t>
            </w:r>
          </w:p>
        </w:tc>
        <w:tc>
          <w:tcPr>
            <w:tcW w:w="2628" w:type="dxa"/>
          </w:tcPr>
          <w:p w14:paraId="1834DD4F" w14:textId="77777777" w:rsidR="00F23FC1" w:rsidRDefault="001854CD">
            <w:r>
              <w:t>25</w:t>
            </w:r>
          </w:p>
        </w:tc>
        <w:tc>
          <w:tcPr>
            <w:tcW w:w="2628" w:type="dxa"/>
          </w:tcPr>
          <w:p w14:paraId="3F1AD712" w14:textId="77777777" w:rsidR="00F23FC1" w:rsidRDefault="001854CD">
            <w:r>
              <w:t>100</w:t>
            </w:r>
          </w:p>
        </w:tc>
      </w:tr>
      <w:tr w:rsidR="00F23FC1" w14:paraId="339E3FD3" w14:textId="77777777">
        <w:tc>
          <w:tcPr>
            <w:tcW w:w="2628" w:type="dxa"/>
          </w:tcPr>
          <w:p w14:paraId="05AD1686" w14:textId="77777777" w:rsidR="00F23FC1" w:rsidRDefault="001854CD">
            <w:r>
              <w:t>10</w:t>
            </w:r>
          </w:p>
        </w:tc>
        <w:tc>
          <w:tcPr>
            <w:tcW w:w="2628" w:type="dxa"/>
          </w:tcPr>
          <w:p w14:paraId="5C45CE06" w14:textId="77777777" w:rsidR="00F23FC1" w:rsidRDefault="001854CD">
            <w:r>
              <w:t>6</w:t>
            </w:r>
          </w:p>
        </w:tc>
        <w:tc>
          <w:tcPr>
            <w:tcW w:w="2628" w:type="dxa"/>
          </w:tcPr>
          <w:p w14:paraId="7CFD909F" w14:textId="77777777" w:rsidR="00F23FC1" w:rsidRDefault="001854CD">
            <w:r>
              <w:t>26</w:t>
            </w:r>
          </w:p>
        </w:tc>
        <w:tc>
          <w:tcPr>
            <w:tcW w:w="2628" w:type="dxa"/>
          </w:tcPr>
          <w:p w14:paraId="26A218CD" w14:textId="77777777" w:rsidR="00F23FC1" w:rsidRDefault="001854CD">
            <w:r>
              <w:t>100</w:t>
            </w:r>
          </w:p>
        </w:tc>
      </w:tr>
      <w:tr w:rsidR="00F23FC1" w14:paraId="1FECEA2B" w14:textId="77777777">
        <w:tc>
          <w:tcPr>
            <w:tcW w:w="2628" w:type="dxa"/>
          </w:tcPr>
          <w:p w14:paraId="590342D7" w14:textId="77777777" w:rsidR="00F23FC1" w:rsidRDefault="001854CD">
            <w:r>
              <w:t>11</w:t>
            </w:r>
          </w:p>
        </w:tc>
        <w:tc>
          <w:tcPr>
            <w:tcW w:w="2628" w:type="dxa"/>
          </w:tcPr>
          <w:p w14:paraId="6D280CFE" w14:textId="77777777" w:rsidR="00F23FC1" w:rsidRDefault="001854CD">
            <w:r>
              <w:t>10</w:t>
            </w:r>
          </w:p>
        </w:tc>
        <w:tc>
          <w:tcPr>
            <w:tcW w:w="2628" w:type="dxa"/>
          </w:tcPr>
          <w:p w14:paraId="348752C7" w14:textId="77777777" w:rsidR="00F23FC1" w:rsidRDefault="001854CD">
            <w:r>
              <w:t>27</w:t>
            </w:r>
          </w:p>
        </w:tc>
        <w:tc>
          <w:tcPr>
            <w:tcW w:w="2628" w:type="dxa"/>
          </w:tcPr>
          <w:p w14:paraId="467F625A" w14:textId="77777777" w:rsidR="00F23FC1" w:rsidRDefault="001854CD">
            <w:r>
              <w:t>100</w:t>
            </w:r>
          </w:p>
        </w:tc>
      </w:tr>
      <w:tr w:rsidR="00F23FC1" w14:paraId="288508CA" w14:textId="77777777">
        <w:tc>
          <w:tcPr>
            <w:tcW w:w="2628" w:type="dxa"/>
          </w:tcPr>
          <w:p w14:paraId="5EE0346F" w14:textId="77777777" w:rsidR="00F23FC1" w:rsidRDefault="001854CD">
            <w:r>
              <w:t>12</w:t>
            </w:r>
          </w:p>
        </w:tc>
        <w:tc>
          <w:tcPr>
            <w:tcW w:w="2628" w:type="dxa"/>
          </w:tcPr>
          <w:p w14:paraId="5A4864BC" w14:textId="77777777" w:rsidR="00F23FC1" w:rsidRDefault="001854CD">
            <w:r>
              <w:t>15</w:t>
            </w:r>
          </w:p>
        </w:tc>
        <w:tc>
          <w:tcPr>
            <w:tcW w:w="2628" w:type="dxa"/>
          </w:tcPr>
          <w:p w14:paraId="264D550B" w14:textId="77777777" w:rsidR="00F23FC1" w:rsidRDefault="001854CD">
            <w:r>
              <w:t>28</w:t>
            </w:r>
          </w:p>
        </w:tc>
        <w:tc>
          <w:tcPr>
            <w:tcW w:w="2628" w:type="dxa"/>
          </w:tcPr>
          <w:p w14:paraId="7FC44B2D" w14:textId="77777777" w:rsidR="00F23FC1" w:rsidRDefault="001854CD">
            <w:r>
              <w:t>100</w:t>
            </w:r>
          </w:p>
        </w:tc>
      </w:tr>
      <w:tr w:rsidR="00F23FC1" w14:paraId="20104807" w14:textId="77777777">
        <w:tc>
          <w:tcPr>
            <w:tcW w:w="2628" w:type="dxa"/>
          </w:tcPr>
          <w:p w14:paraId="12AF0893" w14:textId="77777777" w:rsidR="00F23FC1" w:rsidRDefault="001854CD">
            <w:r>
              <w:t>13</w:t>
            </w:r>
          </w:p>
        </w:tc>
        <w:tc>
          <w:tcPr>
            <w:tcW w:w="2628" w:type="dxa"/>
          </w:tcPr>
          <w:p w14:paraId="5FE8A50D" w14:textId="77777777" w:rsidR="00F23FC1" w:rsidRDefault="001854CD">
            <w:r>
              <w:t>21</w:t>
            </w:r>
          </w:p>
        </w:tc>
        <w:tc>
          <w:tcPr>
            <w:tcW w:w="2628" w:type="dxa"/>
          </w:tcPr>
          <w:p w14:paraId="7B10BFA8" w14:textId="77777777" w:rsidR="00F23FC1" w:rsidRDefault="001854CD">
            <w:r>
              <w:t>29</w:t>
            </w:r>
          </w:p>
        </w:tc>
        <w:tc>
          <w:tcPr>
            <w:tcW w:w="2628" w:type="dxa"/>
          </w:tcPr>
          <w:p w14:paraId="4C958B5D" w14:textId="77777777" w:rsidR="00F23FC1" w:rsidRDefault="001854CD">
            <w:r>
              <w:t>103</w:t>
            </w:r>
          </w:p>
        </w:tc>
      </w:tr>
      <w:tr w:rsidR="00F23FC1" w14:paraId="3B5299F4" w14:textId="77777777">
        <w:tc>
          <w:tcPr>
            <w:tcW w:w="2628" w:type="dxa"/>
          </w:tcPr>
          <w:p w14:paraId="2BA7F4D5" w14:textId="77777777" w:rsidR="00F23FC1" w:rsidRDefault="001854CD">
            <w:r>
              <w:t>14</w:t>
            </w:r>
          </w:p>
        </w:tc>
        <w:tc>
          <w:tcPr>
            <w:tcW w:w="2628" w:type="dxa"/>
          </w:tcPr>
          <w:p w14:paraId="6568635F" w14:textId="77777777" w:rsidR="00F23FC1" w:rsidRDefault="001854CD">
            <w:r>
              <w:t>28</w:t>
            </w:r>
          </w:p>
        </w:tc>
        <w:tc>
          <w:tcPr>
            <w:tcW w:w="2628" w:type="dxa"/>
          </w:tcPr>
          <w:p w14:paraId="70B9251A" w14:textId="77777777" w:rsidR="00F23FC1" w:rsidRDefault="001854CD">
            <w:r>
              <w:t>30</w:t>
            </w:r>
          </w:p>
        </w:tc>
        <w:tc>
          <w:tcPr>
            <w:tcW w:w="2628" w:type="dxa"/>
          </w:tcPr>
          <w:p w14:paraId="09D13E60" w14:textId="77777777" w:rsidR="00F23FC1" w:rsidRDefault="001854CD">
            <w:r>
              <w:t>107</w:t>
            </w:r>
          </w:p>
        </w:tc>
      </w:tr>
    </w:tbl>
    <w:p w14:paraId="6AE8FE81" w14:textId="77777777" w:rsidR="00F23FC1" w:rsidRDefault="001854CD" w:rsidP="00E36664">
      <w:pPr>
        <w:spacing w:line="240" w:lineRule="auto"/>
        <w:contextualSpacing/>
      </w:pPr>
      <w:r>
        <w:rPr>
          <w:b/>
        </w:rPr>
        <w:t xml:space="preserve">Step 1 - Predict before you analyze: </w:t>
      </w:r>
    </w:p>
    <w:p w14:paraId="0778850A" w14:textId="77777777" w:rsidR="00F23FC1" w:rsidRDefault="001854CD" w:rsidP="00E36664">
      <w:pPr>
        <w:spacing w:line="240" w:lineRule="auto"/>
        <w:contextualSpacing/>
      </w:pPr>
      <w:r>
        <w:t>Before labeling any segment, write your PREDICTION of what the particles are doing during the plateau at 0°C. Which factor - particle motion or forces of attraction - must win for ice to become liquid water, and what do you expect the temperature to do while this happens?</w:t>
      </w:r>
    </w:p>
    <w:p w14:paraId="359492F2" w14:textId="77777777" w:rsidR="00F23FC1" w:rsidRDefault="001854CD" w:rsidP="00E36664">
      <w:pPr>
        <w:spacing w:line="240" w:lineRule="auto"/>
        <w:contextualSpacing/>
      </w:pPr>
      <w:r>
        <w:rPr>
          <w:b/>
        </w:rPr>
        <w:t xml:space="preserve">Step 2 - Label the five regions: </w:t>
      </w:r>
    </w:p>
    <w:p w14:paraId="1FD61E3D" w14:textId="77777777" w:rsidR="00F23FC1" w:rsidRDefault="001854CD" w:rsidP="00E36664">
      <w:pPr>
        <w:spacing w:line="240" w:lineRule="auto"/>
        <w:contextualSpacing/>
      </w:pPr>
      <w:r>
        <w:t>Identify the time ranges for (a) all-solid warming, (b) melting, (c) all-liquid warming, (d) boiling, and (e) all-gas warming. For each range name the state(s) present and where the plateaus (constant temperature) occur.</w:t>
      </w:r>
    </w:p>
    <w:p w14:paraId="0A0B5887" w14:textId="77777777" w:rsidR="00E36664" w:rsidRDefault="00E36664" w:rsidP="00E36664">
      <w:pPr>
        <w:spacing w:line="240" w:lineRule="auto"/>
        <w:contextualSpacing/>
      </w:pPr>
    </w:p>
    <w:tbl>
      <w:tblPr>
        <w:tblStyle w:val="TableGrid"/>
        <w:tblW w:w="0" w:type="auto"/>
        <w:tblLook w:val="04A0" w:firstRow="1" w:lastRow="0" w:firstColumn="1" w:lastColumn="0" w:noHBand="0" w:noVBand="1"/>
      </w:tblPr>
      <w:tblGrid>
        <w:gridCol w:w="2628"/>
        <w:gridCol w:w="2628"/>
        <w:gridCol w:w="2628"/>
        <w:gridCol w:w="2628"/>
      </w:tblGrid>
      <w:tr w:rsidR="00F23FC1" w14:paraId="13D0217F" w14:textId="77777777">
        <w:tc>
          <w:tcPr>
            <w:tcW w:w="2628" w:type="dxa"/>
          </w:tcPr>
          <w:p w14:paraId="7452D935" w14:textId="77777777" w:rsidR="00F23FC1" w:rsidRDefault="001854CD">
            <w:r>
              <w:rPr>
                <w:b/>
              </w:rPr>
              <w:t>Region</w:t>
            </w:r>
          </w:p>
        </w:tc>
        <w:tc>
          <w:tcPr>
            <w:tcW w:w="2628" w:type="dxa"/>
          </w:tcPr>
          <w:p w14:paraId="2963B84C" w14:textId="77777777" w:rsidR="00F23FC1" w:rsidRDefault="001854CD">
            <w:r>
              <w:rPr>
                <w:b/>
              </w:rPr>
              <w:t>Time range</w:t>
            </w:r>
          </w:p>
        </w:tc>
        <w:tc>
          <w:tcPr>
            <w:tcW w:w="2628" w:type="dxa"/>
          </w:tcPr>
          <w:p w14:paraId="71A200C4" w14:textId="77777777" w:rsidR="00F23FC1" w:rsidRDefault="001854CD">
            <w:r>
              <w:rPr>
                <w:b/>
              </w:rPr>
              <w:t>State(s) present</w:t>
            </w:r>
          </w:p>
        </w:tc>
        <w:tc>
          <w:tcPr>
            <w:tcW w:w="2628" w:type="dxa"/>
          </w:tcPr>
          <w:p w14:paraId="6F045224" w14:textId="77777777" w:rsidR="00F23FC1" w:rsidRDefault="001854CD">
            <w:r>
              <w:rPr>
                <w:b/>
              </w:rPr>
              <w:t>What the particles are doing</w:t>
            </w:r>
          </w:p>
        </w:tc>
      </w:tr>
      <w:tr w:rsidR="00F23FC1" w14:paraId="7FE1723F" w14:textId="77777777">
        <w:tc>
          <w:tcPr>
            <w:tcW w:w="2628" w:type="dxa"/>
          </w:tcPr>
          <w:p w14:paraId="32A1C6B3" w14:textId="77777777" w:rsidR="00F23FC1" w:rsidRDefault="001854CD">
            <w:r>
              <w:t>a. Solid warming</w:t>
            </w:r>
          </w:p>
        </w:tc>
        <w:tc>
          <w:tcPr>
            <w:tcW w:w="2628" w:type="dxa"/>
          </w:tcPr>
          <w:p w14:paraId="03509866" w14:textId="77777777" w:rsidR="00F23FC1" w:rsidRDefault="00F23FC1"/>
        </w:tc>
        <w:tc>
          <w:tcPr>
            <w:tcW w:w="2628" w:type="dxa"/>
          </w:tcPr>
          <w:p w14:paraId="45F32C97" w14:textId="77777777" w:rsidR="00F23FC1" w:rsidRDefault="00F23FC1"/>
        </w:tc>
        <w:tc>
          <w:tcPr>
            <w:tcW w:w="2628" w:type="dxa"/>
          </w:tcPr>
          <w:p w14:paraId="1D0264CB" w14:textId="77777777" w:rsidR="00F23FC1" w:rsidRDefault="00F23FC1"/>
        </w:tc>
      </w:tr>
      <w:tr w:rsidR="00F23FC1" w14:paraId="718A6744" w14:textId="77777777">
        <w:tc>
          <w:tcPr>
            <w:tcW w:w="2628" w:type="dxa"/>
          </w:tcPr>
          <w:p w14:paraId="06E8C510" w14:textId="77777777" w:rsidR="00F23FC1" w:rsidRDefault="001854CD">
            <w:r>
              <w:t>b. Melting</w:t>
            </w:r>
          </w:p>
        </w:tc>
        <w:tc>
          <w:tcPr>
            <w:tcW w:w="2628" w:type="dxa"/>
          </w:tcPr>
          <w:p w14:paraId="2ADCB920" w14:textId="77777777" w:rsidR="00F23FC1" w:rsidRDefault="00F23FC1"/>
        </w:tc>
        <w:tc>
          <w:tcPr>
            <w:tcW w:w="2628" w:type="dxa"/>
          </w:tcPr>
          <w:p w14:paraId="70B6D0F2" w14:textId="77777777" w:rsidR="00F23FC1" w:rsidRDefault="00F23FC1"/>
        </w:tc>
        <w:tc>
          <w:tcPr>
            <w:tcW w:w="2628" w:type="dxa"/>
          </w:tcPr>
          <w:p w14:paraId="307AC954" w14:textId="77777777" w:rsidR="00F23FC1" w:rsidRDefault="00F23FC1"/>
        </w:tc>
      </w:tr>
      <w:tr w:rsidR="00F23FC1" w14:paraId="6312EC3E" w14:textId="77777777">
        <w:tc>
          <w:tcPr>
            <w:tcW w:w="2628" w:type="dxa"/>
          </w:tcPr>
          <w:p w14:paraId="65A88E0B" w14:textId="77777777" w:rsidR="00F23FC1" w:rsidRDefault="001854CD">
            <w:r>
              <w:t>c. Liquid warming</w:t>
            </w:r>
          </w:p>
        </w:tc>
        <w:tc>
          <w:tcPr>
            <w:tcW w:w="2628" w:type="dxa"/>
          </w:tcPr>
          <w:p w14:paraId="0E5E1D08" w14:textId="77777777" w:rsidR="00F23FC1" w:rsidRDefault="00F23FC1"/>
        </w:tc>
        <w:tc>
          <w:tcPr>
            <w:tcW w:w="2628" w:type="dxa"/>
          </w:tcPr>
          <w:p w14:paraId="4B8C7800" w14:textId="77777777" w:rsidR="00F23FC1" w:rsidRDefault="00F23FC1"/>
        </w:tc>
        <w:tc>
          <w:tcPr>
            <w:tcW w:w="2628" w:type="dxa"/>
          </w:tcPr>
          <w:p w14:paraId="66E46566" w14:textId="77777777" w:rsidR="00F23FC1" w:rsidRDefault="00F23FC1"/>
        </w:tc>
      </w:tr>
      <w:tr w:rsidR="00F23FC1" w14:paraId="7DDF3C99" w14:textId="77777777">
        <w:tc>
          <w:tcPr>
            <w:tcW w:w="2628" w:type="dxa"/>
          </w:tcPr>
          <w:p w14:paraId="67FDFFD5" w14:textId="77777777" w:rsidR="00F23FC1" w:rsidRDefault="001854CD">
            <w:r>
              <w:t>d. Boiling</w:t>
            </w:r>
          </w:p>
        </w:tc>
        <w:tc>
          <w:tcPr>
            <w:tcW w:w="2628" w:type="dxa"/>
          </w:tcPr>
          <w:p w14:paraId="164C6B25" w14:textId="77777777" w:rsidR="00F23FC1" w:rsidRDefault="00F23FC1"/>
        </w:tc>
        <w:tc>
          <w:tcPr>
            <w:tcW w:w="2628" w:type="dxa"/>
          </w:tcPr>
          <w:p w14:paraId="0CB718FA" w14:textId="77777777" w:rsidR="00F23FC1" w:rsidRDefault="00F23FC1"/>
        </w:tc>
        <w:tc>
          <w:tcPr>
            <w:tcW w:w="2628" w:type="dxa"/>
          </w:tcPr>
          <w:p w14:paraId="6745DA94" w14:textId="77777777" w:rsidR="00F23FC1" w:rsidRDefault="00F23FC1"/>
        </w:tc>
      </w:tr>
      <w:tr w:rsidR="00F23FC1" w14:paraId="1A859C35" w14:textId="77777777">
        <w:tc>
          <w:tcPr>
            <w:tcW w:w="2628" w:type="dxa"/>
          </w:tcPr>
          <w:p w14:paraId="7824BBCE" w14:textId="77777777" w:rsidR="00F23FC1" w:rsidRDefault="001854CD">
            <w:r>
              <w:t>e. Gas warming</w:t>
            </w:r>
          </w:p>
        </w:tc>
        <w:tc>
          <w:tcPr>
            <w:tcW w:w="2628" w:type="dxa"/>
          </w:tcPr>
          <w:p w14:paraId="3445C25A" w14:textId="77777777" w:rsidR="00F23FC1" w:rsidRDefault="00F23FC1"/>
        </w:tc>
        <w:tc>
          <w:tcPr>
            <w:tcW w:w="2628" w:type="dxa"/>
          </w:tcPr>
          <w:p w14:paraId="733DBB8D" w14:textId="77777777" w:rsidR="00F23FC1" w:rsidRDefault="00F23FC1"/>
        </w:tc>
        <w:tc>
          <w:tcPr>
            <w:tcW w:w="2628" w:type="dxa"/>
          </w:tcPr>
          <w:p w14:paraId="22510DA8" w14:textId="77777777" w:rsidR="00F23FC1" w:rsidRDefault="00F23FC1"/>
        </w:tc>
      </w:tr>
    </w:tbl>
    <w:p w14:paraId="45E09BC1" w14:textId="77777777" w:rsidR="00E36664" w:rsidRDefault="00E36664">
      <w:pPr>
        <w:rPr>
          <w:b/>
        </w:rPr>
      </w:pPr>
    </w:p>
    <w:p w14:paraId="12C65D3F" w14:textId="704FF115" w:rsidR="00F23FC1" w:rsidRDefault="001854CD">
      <w:r>
        <w:rPr>
          <w:b/>
        </w:rPr>
        <w:t xml:space="preserve">Step 3 - Explain the plateaus with KMT: </w:t>
      </w:r>
    </w:p>
    <w:p w14:paraId="5EF3F202" w14:textId="77777777" w:rsidR="00F23FC1" w:rsidRDefault="001854CD">
      <w:r>
        <w:t>The temperature is CONSTANT at 0°C and 100°C. Why doesn't the temperature rise while energy is still being added? Name which factor wins during melting and during boiling, and describe what the added energy is really doing at the particle level.</w:t>
      </w:r>
    </w:p>
    <w:p w14:paraId="4F981270" w14:textId="2963BB80" w:rsidR="00F23FC1" w:rsidRDefault="001854CD">
      <w:r>
        <w:rPr>
          <w:b/>
        </w:rPr>
        <w:t xml:space="preserve">Step 4 - The other phase changes: </w:t>
      </w:r>
    </w:p>
    <w:p w14:paraId="1808391E" w14:textId="77777777" w:rsidR="00F23FC1" w:rsidRDefault="001854CD">
      <w:r>
        <w:lastRenderedPageBreak/>
        <w:t>Your lab then cooled the same water. On your graph, sketch the expected cooling curve (liquid cools, plateaus at 0°C while freezing, solid cools below 0). Explain freezing and condensation with KMT, then explain dry ice going straight from solid to gas (sublimation) and its reverse (deposition) at the particle level.</w:t>
      </w:r>
    </w:p>
    <w:tbl>
      <w:tblPr>
        <w:tblStyle w:val="TableGrid"/>
        <w:tblW w:w="0" w:type="auto"/>
        <w:tblLook w:val="04A0" w:firstRow="1" w:lastRow="0" w:firstColumn="1" w:lastColumn="0" w:noHBand="0" w:noVBand="1"/>
      </w:tblPr>
      <w:tblGrid>
        <w:gridCol w:w="1752"/>
        <w:gridCol w:w="876"/>
        <w:gridCol w:w="876"/>
        <w:gridCol w:w="1752"/>
        <w:gridCol w:w="1752"/>
        <w:gridCol w:w="876"/>
        <w:gridCol w:w="876"/>
        <w:gridCol w:w="1752"/>
      </w:tblGrid>
      <w:tr w:rsidR="00F23FC1" w14:paraId="7D22F88F" w14:textId="77777777">
        <w:tc>
          <w:tcPr>
            <w:tcW w:w="1752" w:type="dxa"/>
          </w:tcPr>
          <w:p w14:paraId="0E83F2FE" w14:textId="77777777" w:rsidR="00F23FC1" w:rsidRDefault="001854CD">
            <w:r>
              <w:rPr>
                <w:b/>
              </w:rPr>
              <w:t>State</w:t>
            </w:r>
          </w:p>
        </w:tc>
        <w:tc>
          <w:tcPr>
            <w:tcW w:w="1752" w:type="dxa"/>
            <w:gridSpan w:val="2"/>
          </w:tcPr>
          <w:p w14:paraId="770DAB80" w14:textId="77777777" w:rsidR="00F23FC1" w:rsidRDefault="001854CD">
            <w:r>
              <w:rPr>
                <w:b/>
              </w:rPr>
              <w:t>Definite shape?</w:t>
            </w:r>
          </w:p>
        </w:tc>
        <w:tc>
          <w:tcPr>
            <w:tcW w:w="1752" w:type="dxa"/>
          </w:tcPr>
          <w:p w14:paraId="6279344D" w14:textId="77777777" w:rsidR="00F23FC1" w:rsidRDefault="001854CD">
            <w:r>
              <w:rPr>
                <w:b/>
              </w:rPr>
              <w:t>Definite volume?</w:t>
            </w:r>
          </w:p>
        </w:tc>
        <w:tc>
          <w:tcPr>
            <w:tcW w:w="1752" w:type="dxa"/>
          </w:tcPr>
          <w:p w14:paraId="5ED84FE7" w14:textId="77777777" w:rsidR="00F23FC1" w:rsidRDefault="001854CD">
            <w:r>
              <w:rPr>
                <w:b/>
              </w:rPr>
              <w:t>Particle spacing</w:t>
            </w:r>
          </w:p>
        </w:tc>
        <w:tc>
          <w:tcPr>
            <w:tcW w:w="1752" w:type="dxa"/>
            <w:gridSpan w:val="2"/>
          </w:tcPr>
          <w:p w14:paraId="2B7E3A45" w14:textId="77777777" w:rsidR="00F23FC1" w:rsidRDefault="001854CD">
            <w:r>
              <w:rPr>
                <w:b/>
              </w:rPr>
              <w:t>Particle motion</w:t>
            </w:r>
          </w:p>
        </w:tc>
        <w:tc>
          <w:tcPr>
            <w:tcW w:w="1752" w:type="dxa"/>
          </w:tcPr>
          <w:p w14:paraId="248E2B61" w14:textId="77777777" w:rsidR="00F23FC1" w:rsidRDefault="001854CD">
            <w:r>
              <w:rPr>
                <w:b/>
              </w:rPr>
              <w:t>Forces of attraction</w:t>
            </w:r>
          </w:p>
        </w:tc>
      </w:tr>
      <w:tr w:rsidR="00F23FC1" w14:paraId="3512FEB9" w14:textId="77777777">
        <w:tc>
          <w:tcPr>
            <w:tcW w:w="1752" w:type="dxa"/>
          </w:tcPr>
          <w:p w14:paraId="41A67B5D" w14:textId="77777777" w:rsidR="00F23FC1" w:rsidRDefault="001854CD">
            <w:r>
              <w:t>Solid</w:t>
            </w:r>
          </w:p>
        </w:tc>
        <w:tc>
          <w:tcPr>
            <w:tcW w:w="1752" w:type="dxa"/>
            <w:gridSpan w:val="2"/>
          </w:tcPr>
          <w:p w14:paraId="2AD76A8A" w14:textId="77777777" w:rsidR="00F23FC1" w:rsidRDefault="00F23FC1"/>
        </w:tc>
        <w:tc>
          <w:tcPr>
            <w:tcW w:w="1752" w:type="dxa"/>
          </w:tcPr>
          <w:p w14:paraId="251EFC1D" w14:textId="77777777" w:rsidR="00F23FC1" w:rsidRDefault="00F23FC1"/>
        </w:tc>
        <w:tc>
          <w:tcPr>
            <w:tcW w:w="1752" w:type="dxa"/>
          </w:tcPr>
          <w:p w14:paraId="30BA9F0E" w14:textId="77777777" w:rsidR="00F23FC1" w:rsidRDefault="00F23FC1"/>
        </w:tc>
        <w:tc>
          <w:tcPr>
            <w:tcW w:w="1752" w:type="dxa"/>
            <w:gridSpan w:val="2"/>
          </w:tcPr>
          <w:p w14:paraId="0274B09C" w14:textId="77777777" w:rsidR="00F23FC1" w:rsidRDefault="00F23FC1"/>
        </w:tc>
        <w:tc>
          <w:tcPr>
            <w:tcW w:w="1752" w:type="dxa"/>
          </w:tcPr>
          <w:p w14:paraId="51A7FFF3" w14:textId="77777777" w:rsidR="00F23FC1" w:rsidRDefault="00F23FC1"/>
        </w:tc>
      </w:tr>
      <w:tr w:rsidR="00F23FC1" w14:paraId="5CFB9B10" w14:textId="77777777">
        <w:tc>
          <w:tcPr>
            <w:tcW w:w="1752" w:type="dxa"/>
          </w:tcPr>
          <w:p w14:paraId="34C2C9D6" w14:textId="77777777" w:rsidR="00F23FC1" w:rsidRDefault="001854CD">
            <w:r>
              <w:t>Liquid</w:t>
            </w:r>
          </w:p>
        </w:tc>
        <w:tc>
          <w:tcPr>
            <w:tcW w:w="1752" w:type="dxa"/>
            <w:gridSpan w:val="2"/>
          </w:tcPr>
          <w:p w14:paraId="2FC5ED49" w14:textId="77777777" w:rsidR="00F23FC1" w:rsidRDefault="00F23FC1"/>
        </w:tc>
        <w:tc>
          <w:tcPr>
            <w:tcW w:w="1752" w:type="dxa"/>
          </w:tcPr>
          <w:p w14:paraId="572CDB7D" w14:textId="77777777" w:rsidR="00F23FC1" w:rsidRDefault="00F23FC1"/>
        </w:tc>
        <w:tc>
          <w:tcPr>
            <w:tcW w:w="1752" w:type="dxa"/>
          </w:tcPr>
          <w:p w14:paraId="6EED3FAC" w14:textId="77777777" w:rsidR="00F23FC1" w:rsidRDefault="00F23FC1"/>
        </w:tc>
        <w:tc>
          <w:tcPr>
            <w:tcW w:w="1752" w:type="dxa"/>
            <w:gridSpan w:val="2"/>
          </w:tcPr>
          <w:p w14:paraId="1EB08D97" w14:textId="77777777" w:rsidR="00F23FC1" w:rsidRDefault="00F23FC1"/>
        </w:tc>
        <w:tc>
          <w:tcPr>
            <w:tcW w:w="1752" w:type="dxa"/>
          </w:tcPr>
          <w:p w14:paraId="7634A71B" w14:textId="77777777" w:rsidR="00F23FC1" w:rsidRDefault="00F23FC1"/>
        </w:tc>
      </w:tr>
      <w:tr w:rsidR="00F23FC1" w14:paraId="3CE2A9A5" w14:textId="77777777">
        <w:tc>
          <w:tcPr>
            <w:tcW w:w="1752" w:type="dxa"/>
          </w:tcPr>
          <w:p w14:paraId="3B789027" w14:textId="77777777" w:rsidR="00F23FC1" w:rsidRDefault="001854CD">
            <w:r>
              <w:t>Gas</w:t>
            </w:r>
          </w:p>
        </w:tc>
        <w:tc>
          <w:tcPr>
            <w:tcW w:w="1752" w:type="dxa"/>
            <w:gridSpan w:val="2"/>
          </w:tcPr>
          <w:p w14:paraId="1B3EEBC2" w14:textId="77777777" w:rsidR="00F23FC1" w:rsidRDefault="00F23FC1"/>
        </w:tc>
        <w:tc>
          <w:tcPr>
            <w:tcW w:w="1752" w:type="dxa"/>
          </w:tcPr>
          <w:p w14:paraId="57E71ECF" w14:textId="77777777" w:rsidR="00F23FC1" w:rsidRDefault="00F23FC1"/>
        </w:tc>
        <w:tc>
          <w:tcPr>
            <w:tcW w:w="1752" w:type="dxa"/>
          </w:tcPr>
          <w:p w14:paraId="5895C0EA" w14:textId="77777777" w:rsidR="00F23FC1" w:rsidRDefault="00F23FC1"/>
        </w:tc>
        <w:tc>
          <w:tcPr>
            <w:tcW w:w="1752" w:type="dxa"/>
            <w:gridSpan w:val="2"/>
          </w:tcPr>
          <w:p w14:paraId="0416C96C" w14:textId="77777777" w:rsidR="00F23FC1" w:rsidRDefault="00F23FC1"/>
        </w:tc>
        <w:tc>
          <w:tcPr>
            <w:tcW w:w="1752" w:type="dxa"/>
          </w:tcPr>
          <w:p w14:paraId="7939E3BC" w14:textId="77777777" w:rsidR="00F23FC1" w:rsidRDefault="00F23FC1"/>
        </w:tc>
      </w:tr>
      <w:tr w:rsidR="00F23FC1" w14:paraId="0F163AC2" w14:textId="77777777">
        <w:tc>
          <w:tcPr>
            <w:tcW w:w="1752" w:type="dxa"/>
          </w:tcPr>
          <w:p w14:paraId="5E92ECA4" w14:textId="77777777" w:rsidR="00F23FC1" w:rsidRDefault="001854CD">
            <w:r>
              <w:t>Plasma</w:t>
            </w:r>
          </w:p>
        </w:tc>
        <w:tc>
          <w:tcPr>
            <w:tcW w:w="1752" w:type="dxa"/>
            <w:gridSpan w:val="2"/>
          </w:tcPr>
          <w:p w14:paraId="458D3747" w14:textId="77777777" w:rsidR="00F23FC1" w:rsidRDefault="00F23FC1"/>
        </w:tc>
        <w:tc>
          <w:tcPr>
            <w:tcW w:w="1752" w:type="dxa"/>
          </w:tcPr>
          <w:p w14:paraId="558E879E" w14:textId="77777777" w:rsidR="00F23FC1" w:rsidRDefault="00F23FC1"/>
        </w:tc>
        <w:tc>
          <w:tcPr>
            <w:tcW w:w="1752" w:type="dxa"/>
          </w:tcPr>
          <w:p w14:paraId="57F596A8" w14:textId="77777777" w:rsidR="00F23FC1" w:rsidRDefault="00F23FC1"/>
        </w:tc>
        <w:tc>
          <w:tcPr>
            <w:tcW w:w="1752" w:type="dxa"/>
            <w:gridSpan w:val="2"/>
          </w:tcPr>
          <w:p w14:paraId="03A19835" w14:textId="77777777" w:rsidR="00F23FC1" w:rsidRDefault="00F23FC1"/>
        </w:tc>
        <w:tc>
          <w:tcPr>
            <w:tcW w:w="1752" w:type="dxa"/>
          </w:tcPr>
          <w:p w14:paraId="6958CF51" w14:textId="77777777" w:rsidR="00F23FC1" w:rsidRDefault="00F23FC1"/>
        </w:tc>
      </w:tr>
      <w:tr w:rsidR="00F23FC1" w14:paraId="4A7D2ADC" w14:textId="77777777">
        <w:tc>
          <w:tcPr>
            <w:tcW w:w="2628" w:type="dxa"/>
            <w:gridSpan w:val="2"/>
          </w:tcPr>
          <w:p w14:paraId="62D8E044" w14:textId="77777777" w:rsidR="00F23FC1" w:rsidRDefault="001854CD">
            <w:r>
              <w:rPr>
                <w:b/>
              </w:rPr>
              <w:t>Phase change</w:t>
            </w:r>
          </w:p>
        </w:tc>
        <w:tc>
          <w:tcPr>
            <w:tcW w:w="2628" w:type="dxa"/>
            <w:gridSpan w:val="2"/>
          </w:tcPr>
          <w:p w14:paraId="35208EF5" w14:textId="77777777" w:rsidR="00F23FC1" w:rsidRDefault="001854CD">
            <w:r>
              <w:rPr>
                <w:b/>
              </w:rPr>
              <w:t>Direction (from one state to the other)</w:t>
            </w:r>
          </w:p>
        </w:tc>
        <w:tc>
          <w:tcPr>
            <w:tcW w:w="2628" w:type="dxa"/>
            <w:gridSpan w:val="2"/>
          </w:tcPr>
          <w:p w14:paraId="3D192951" w14:textId="77777777" w:rsidR="00F23FC1" w:rsidRDefault="001854CD">
            <w:r>
              <w:rPr>
                <w:b/>
              </w:rPr>
              <w:t>Energy added or removed?</w:t>
            </w:r>
          </w:p>
        </w:tc>
        <w:tc>
          <w:tcPr>
            <w:tcW w:w="2628" w:type="dxa"/>
            <w:gridSpan w:val="2"/>
          </w:tcPr>
          <w:p w14:paraId="0952D9E0" w14:textId="77777777" w:rsidR="00F23FC1" w:rsidRDefault="001854CD">
            <w:r>
              <w:rPr>
                <w:b/>
              </w:rPr>
              <w:t>Particle-level explanation (KMT) - which factor wins</w:t>
            </w:r>
          </w:p>
        </w:tc>
      </w:tr>
      <w:tr w:rsidR="00F23FC1" w14:paraId="510266AA" w14:textId="77777777">
        <w:tc>
          <w:tcPr>
            <w:tcW w:w="2628" w:type="dxa"/>
            <w:gridSpan w:val="2"/>
          </w:tcPr>
          <w:p w14:paraId="3EE21483" w14:textId="77777777" w:rsidR="00F23FC1" w:rsidRDefault="001854CD">
            <w:r>
              <w:t>Melting</w:t>
            </w:r>
          </w:p>
        </w:tc>
        <w:tc>
          <w:tcPr>
            <w:tcW w:w="2628" w:type="dxa"/>
            <w:gridSpan w:val="2"/>
          </w:tcPr>
          <w:p w14:paraId="0239B039" w14:textId="77777777" w:rsidR="00F23FC1" w:rsidRDefault="00F23FC1"/>
        </w:tc>
        <w:tc>
          <w:tcPr>
            <w:tcW w:w="2628" w:type="dxa"/>
            <w:gridSpan w:val="2"/>
          </w:tcPr>
          <w:p w14:paraId="7A2A2AE2" w14:textId="77777777" w:rsidR="00F23FC1" w:rsidRDefault="00F23FC1"/>
        </w:tc>
        <w:tc>
          <w:tcPr>
            <w:tcW w:w="2628" w:type="dxa"/>
            <w:gridSpan w:val="2"/>
          </w:tcPr>
          <w:p w14:paraId="3EBC1870" w14:textId="77777777" w:rsidR="00F23FC1" w:rsidRDefault="00F23FC1"/>
        </w:tc>
      </w:tr>
      <w:tr w:rsidR="00F23FC1" w14:paraId="367D3ED4" w14:textId="77777777">
        <w:tc>
          <w:tcPr>
            <w:tcW w:w="2628" w:type="dxa"/>
            <w:gridSpan w:val="2"/>
          </w:tcPr>
          <w:p w14:paraId="642969C3" w14:textId="77777777" w:rsidR="00F23FC1" w:rsidRDefault="001854CD">
            <w:r>
              <w:t>Freezing</w:t>
            </w:r>
          </w:p>
        </w:tc>
        <w:tc>
          <w:tcPr>
            <w:tcW w:w="2628" w:type="dxa"/>
            <w:gridSpan w:val="2"/>
          </w:tcPr>
          <w:p w14:paraId="23CB4E29" w14:textId="77777777" w:rsidR="00F23FC1" w:rsidRDefault="00F23FC1"/>
        </w:tc>
        <w:tc>
          <w:tcPr>
            <w:tcW w:w="2628" w:type="dxa"/>
            <w:gridSpan w:val="2"/>
          </w:tcPr>
          <w:p w14:paraId="49823916" w14:textId="77777777" w:rsidR="00F23FC1" w:rsidRDefault="00F23FC1"/>
        </w:tc>
        <w:tc>
          <w:tcPr>
            <w:tcW w:w="2628" w:type="dxa"/>
            <w:gridSpan w:val="2"/>
          </w:tcPr>
          <w:p w14:paraId="23D4D1B1" w14:textId="77777777" w:rsidR="00F23FC1" w:rsidRDefault="00F23FC1"/>
        </w:tc>
      </w:tr>
      <w:tr w:rsidR="00F23FC1" w14:paraId="3EBBB7FC" w14:textId="77777777">
        <w:tc>
          <w:tcPr>
            <w:tcW w:w="2628" w:type="dxa"/>
            <w:gridSpan w:val="2"/>
          </w:tcPr>
          <w:p w14:paraId="7DE02873" w14:textId="77777777" w:rsidR="00F23FC1" w:rsidRDefault="001854CD">
            <w:r>
              <w:t>Evaporation</w:t>
            </w:r>
          </w:p>
        </w:tc>
        <w:tc>
          <w:tcPr>
            <w:tcW w:w="2628" w:type="dxa"/>
            <w:gridSpan w:val="2"/>
          </w:tcPr>
          <w:p w14:paraId="1B7CB106" w14:textId="77777777" w:rsidR="00F23FC1" w:rsidRDefault="00F23FC1"/>
        </w:tc>
        <w:tc>
          <w:tcPr>
            <w:tcW w:w="2628" w:type="dxa"/>
            <w:gridSpan w:val="2"/>
          </w:tcPr>
          <w:p w14:paraId="19A006BA" w14:textId="77777777" w:rsidR="00F23FC1" w:rsidRDefault="00F23FC1"/>
        </w:tc>
        <w:tc>
          <w:tcPr>
            <w:tcW w:w="2628" w:type="dxa"/>
            <w:gridSpan w:val="2"/>
          </w:tcPr>
          <w:p w14:paraId="2B2ED55A" w14:textId="77777777" w:rsidR="00F23FC1" w:rsidRDefault="00F23FC1"/>
        </w:tc>
      </w:tr>
      <w:tr w:rsidR="00F23FC1" w14:paraId="06710C5B" w14:textId="77777777">
        <w:tc>
          <w:tcPr>
            <w:tcW w:w="2628" w:type="dxa"/>
            <w:gridSpan w:val="2"/>
          </w:tcPr>
          <w:p w14:paraId="428E13AA" w14:textId="77777777" w:rsidR="00F23FC1" w:rsidRDefault="001854CD">
            <w:r>
              <w:t>Boiling</w:t>
            </w:r>
          </w:p>
        </w:tc>
        <w:tc>
          <w:tcPr>
            <w:tcW w:w="2628" w:type="dxa"/>
            <w:gridSpan w:val="2"/>
          </w:tcPr>
          <w:p w14:paraId="5F9547C8" w14:textId="77777777" w:rsidR="00F23FC1" w:rsidRDefault="00F23FC1"/>
        </w:tc>
        <w:tc>
          <w:tcPr>
            <w:tcW w:w="2628" w:type="dxa"/>
            <w:gridSpan w:val="2"/>
          </w:tcPr>
          <w:p w14:paraId="7CEFBA7D" w14:textId="77777777" w:rsidR="00F23FC1" w:rsidRDefault="00F23FC1"/>
        </w:tc>
        <w:tc>
          <w:tcPr>
            <w:tcW w:w="2628" w:type="dxa"/>
            <w:gridSpan w:val="2"/>
          </w:tcPr>
          <w:p w14:paraId="13D250C3" w14:textId="77777777" w:rsidR="00F23FC1" w:rsidRDefault="00F23FC1"/>
        </w:tc>
      </w:tr>
      <w:tr w:rsidR="00F23FC1" w14:paraId="62CAF5F8" w14:textId="77777777">
        <w:tc>
          <w:tcPr>
            <w:tcW w:w="2628" w:type="dxa"/>
            <w:gridSpan w:val="2"/>
          </w:tcPr>
          <w:p w14:paraId="39F3A56C" w14:textId="77777777" w:rsidR="00F23FC1" w:rsidRDefault="001854CD">
            <w:r>
              <w:t>Condensation</w:t>
            </w:r>
          </w:p>
        </w:tc>
        <w:tc>
          <w:tcPr>
            <w:tcW w:w="2628" w:type="dxa"/>
            <w:gridSpan w:val="2"/>
          </w:tcPr>
          <w:p w14:paraId="531DFA13" w14:textId="77777777" w:rsidR="00F23FC1" w:rsidRDefault="00F23FC1"/>
        </w:tc>
        <w:tc>
          <w:tcPr>
            <w:tcW w:w="2628" w:type="dxa"/>
            <w:gridSpan w:val="2"/>
          </w:tcPr>
          <w:p w14:paraId="400F7C93" w14:textId="77777777" w:rsidR="00F23FC1" w:rsidRDefault="00F23FC1"/>
        </w:tc>
        <w:tc>
          <w:tcPr>
            <w:tcW w:w="2628" w:type="dxa"/>
            <w:gridSpan w:val="2"/>
          </w:tcPr>
          <w:p w14:paraId="2D2AECCB" w14:textId="77777777" w:rsidR="00F23FC1" w:rsidRDefault="00F23FC1"/>
        </w:tc>
      </w:tr>
      <w:tr w:rsidR="00F23FC1" w14:paraId="3C801260" w14:textId="77777777">
        <w:tc>
          <w:tcPr>
            <w:tcW w:w="2628" w:type="dxa"/>
            <w:gridSpan w:val="2"/>
          </w:tcPr>
          <w:p w14:paraId="1F4B1D36" w14:textId="77777777" w:rsidR="00F23FC1" w:rsidRDefault="001854CD">
            <w:r>
              <w:t>Sublimation</w:t>
            </w:r>
          </w:p>
        </w:tc>
        <w:tc>
          <w:tcPr>
            <w:tcW w:w="2628" w:type="dxa"/>
            <w:gridSpan w:val="2"/>
          </w:tcPr>
          <w:p w14:paraId="1FAC6C99" w14:textId="77777777" w:rsidR="00F23FC1" w:rsidRDefault="00F23FC1"/>
        </w:tc>
        <w:tc>
          <w:tcPr>
            <w:tcW w:w="2628" w:type="dxa"/>
            <w:gridSpan w:val="2"/>
          </w:tcPr>
          <w:p w14:paraId="34CEE41A" w14:textId="77777777" w:rsidR="00F23FC1" w:rsidRDefault="00F23FC1"/>
        </w:tc>
        <w:tc>
          <w:tcPr>
            <w:tcW w:w="2628" w:type="dxa"/>
            <w:gridSpan w:val="2"/>
          </w:tcPr>
          <w:p w14:paraId="00118DF8" w14:textId="77777777" w:rsidR="00F23FC1" w:rsidRDefault="00F23FC1"/>
        </w:tc>
      </w:tr>
      <w:tr w:rsidR="00F23FC1" w14:paraId="5BA8340D" w14:textId="77777777">
        <w:tc>
          <w:tcPr>
            <w:tcW w:w="2628" w:type="dxa"/>
            <w:gridSpan w:val="2"/>
          </w:tcPr>
          <w:p w14:paraId="184DB7F5" w14:textId="77777777" w:rsidR="00F23FC1" w:rsidRDefault="001854CD">
            <w:r>
              <w:t>Deposition</w:t>
            </w:r>
          </w:p>
        </w:tc>
        <w:tc>
          <w:tcPr>
            <w:tcW w:w="2628" w:type="dxa"/>
            <w:gridSpan w:val="2"/>
          </w:tcPr>
          <w:p w14:paraId="7896F343" w14:textId="77777777" w:rsidR="00F23FC1" w:rsidRDefault="00F23FC1"/>
        </w:tc>
        <w:tc>
          <w:tcPr>
            <w:tcW w:w="2628" w:type="dxa"/>
            <w:gridSpan w:val="2"/>
          </w:tcPr>
          <w:p w14:paraId="51FF598F" w14:textId="77777777" w:rsidR="00F23FC1" w:rsidRDefault="00F23FC1"/>
        </w:tc>
        <w:tc>
          <w:tcPr>
            <w:tcW w:w="2628" w:type="dxa"/>
            <w:gridSpan w:val="2"/>
          </w:tcPr>
          <w:p w14:paraId="4C1BA57B" w14:textId="77777777" w:rsidR="00F23FC1" w:rsidRDefault="00F23FC1"/>
        </w:tc>
      </w:tr>
    </w:tbl>
    <w:p w14:paraId="0B64C61B" w14:textId="77777777" w:rsidR="00C8392C" w:rsidRDefault="00C8392C">
      <w:pPr>
        <w:rPr>
          <w:b/>
        </w:rPr>
      </w:pPr>
    </w:p>
    <w:p w14:paraId="5EE1C4CA" w14:textId="0760107A" w:rsidR="00F23FC1" w:rsidRDefault="001854CD">
      <w:r>
        <w:rPr>
          <w:b/>
        </w:rPr>
        <w:t xml:space="preserve">Step 5 - Evaporation: </w:t>
      </w:r>
    </w:p>
    <w:p w14:paraId="16477312" w14:textId="77777777" w:rsidR="00F23FC1" w:rsidRDefault="001854CD">
      <w:r>
        <w:t>During the liquid-warming region the open beaker also loses vapor from its surface. Explain evaporation at the particle level and distinguish it from boiling.</w:t>
      </w:r>
    </w:p>
    <w:p w14:paraId="4E162C6A" w14:textId="77777777" w:rsidR="00F23FC1" w:rsidRDefault="001854CD">
      <w:r>
        <w:rPr>
          <w:b/>
          <w:sz w:val="24"/>
        </w:rPr>
        <w:t>Part 4 - Classify the Elements: Know Your Sources   (Target SC.912.P.10.5 T3)</w:t>
      </w:r>
    </w:p>
    <w:p w14:paraId="43B2C529" w14:textId="77777777" w:rsidR="00F23FC1" w:rsidRDefault="001854CD">
      <w:r>
        <w:t>Before the materials ship, the report classifies each element - metal, nonmetal, or metalloid - and predicts the ion it forms, so the team knows how each will react and whether it needs special handling as a diatomic element. Use the staircase line and Lesson 4.</w:t>
      </w:r>
    </w:p>
    <w:tbl>
      <w:tblPr>
        <w:tblStyle w:val="TableGrid"/>
        <w:tblW w:w="0" w:type="auto"/>
        <w:tblLook w:val="04A0" w:firstRow="1" w:lastRow="0" w:firstColumn="1" w:lastColumn="0" w:noHBand="0" w:noVBand="1"/>
      </w:tblPr>
      <w:tblGrid>
        <w:gridCol w:w="2628"/>
        <w:gridCol w:w="2628"/>
        <w:gridCol w:w="2628"/>
        <w:gridCol w:w="2628"/>
      </w:tblGrid>
      <w:tr w:rsidR="00F23FC1" w14:paraId="0AFEAC67" w14:textId="77777777">
        <w:tc>
          <w:tcPr>
            <w:tcW w:w="2628" w:type="dxa"/>
          </w:tcPr>
          <w:p w14:paraId="3C4289E4" w14:textId="77777777" w:rsidR="00F23FC1" w:rsidRDefault="001854CD">
            <w:r>
              <w:rPr>
                <w:b/>
              </w:rPr>
              <w:t>Element</w:t>
            </w:r>
          </w:p>
        </w:tc>
        <w:tc>
          <w:tcPr>
            <w:tcW w:w="2628" w:type="dxa"/>
          </w:tcPr>
          <w:p w14:paraId="5FB0BB0E" w14:textId="77777777" w:rsidR="00F23FC1" w:rsidRDefault="001854CD">
            <w:r>
              <w:rPr>
                <w:b/>
              </w:rPr>
              <w:t>Forms cation or anion?</w:t>
            </w:r>
          </w:p>
        </w:tc>
        <w:tc>
          <w:tcPr>
            <w:tcW w:w="2628" w:type="dxa"/>
          </w:tcPr>
          <w:p w14:paraId="1A04F004" w14:textId="77777777" w:rsidR="00F23FC1" w:rsidRDefault="001854CD">
            <w:r>
              <w:rPr>
                <w:b/>
              </w:rPr>
              <w:t>Ion symbol</w:t>
            </w:r>
          </w:p>
        </w:tc>
        <w:tc>
          <w:tcPr>
            <w:tcW w:w="2628" w:type="dxa"/>
          </w:tcPr>
          <w:p w14:paraId="4A787A75" w14:textId="77777777" w:rsidR="00F23FC1" w:rsidRDefault="001854CD">
            <w:r>
              <w:rPr>
                <w:b/>
              </w:rPr>
              <w:t>Diatomic? (Y/N)</w:t>
            </w:r>
          </w:p>
        </w:tc>
      </w:tr>
      <w:tr w:rsidR="00F23FC1" w14:paraId="0911D678" w14:textId="77777777">
        <w:tc>
          <w:tcPr>
            <w:tcW w:w="2628" w:type="dxa"/>
          </w:tcPr>
          <w:p w14:paraId="6728B359" w14:textId="77777777" w:rsidR="00F23FC1" w:rsidRDefault="001854CD">
            <w:r>
              <w:t>Potassium (K)</w:t>
            </w:r>
          </w:p>
        </w:tc>
        <w:tc>
          <w:tcPr>
            <w:tcW w:w="2628" w:type="dxa"/>
          </w:tcPr>
          <w:p w14:paraId="1F75458F" w14:textId="77777777" w:rsidR="00F23FC1" w:rsidRDefault="00F23FC1"/>
        </w:tc>
        <w:tc>
          <w:tcPr>
            <w:tcW w:w="2628" w:type="dxa"/>
          </w:tcPr>
          <w:p w14:paraId="70FA4BD3" w14:textId="77777777" w:rsidR="00F23FC1" w:rsidRDefault="00F23FC1"/>
        </w:tc>
        <w:tc>
          <w:tcPr>
            <w:tcW w:w="2628" w:type="dxa"/>
          </w:tcPr>
          <w:p w14:paraId="4D3BC56D" w14:textId="77777777" w:rsidR="00F23FC1" w:rsidRDefault="00F23FC1"/>
        </w:tc>
      </w:tr>
      <w:tr w:rsidR="00F23FC1" w14:paraId="2DB3F2EE" w14:textId="77777777">
        <w:tc>
          <w:tcPr>
            <w:tcW w:w="2628" w:type="dxa"/>
          </w:tcPr>
          <w:p w14:paraId="0C5D7457" w14:textId="77777777" w:rsidR="00F23FC1" w:rsidRDefault="001854CD">
            <w:r>
              <w:t>Bromine (Br)</w:t>
            </w:r>
          </w:p>
        </w:tc>
        <w:tc>
          <w:tcPr>
            <w:tcW w:w="2628" w:type="dxa"/>
          </w:tcPr>
          <w:p w14:paraId="7844F0AA" w14:textId="77777777" w:rsidR="00F23FC1" w:rsidRDefault="00F23FC1"/>
        </w:tc>
        <w:tc>
          <w:tcPr>
            <w:tcW w:w="2628" w:type="dxa"/>
          </w:tcPr>
          <w:p w14:paraId="07D19968" w14:textId="77777777" w:rsidR="00F23FC1" w:rsidRDefault="00F23FC1"/>
        </w:tc>
        <w:tc>
          <w:tcPr>
            <w:tcW w:w="2628" w:type="dxa"/>
          </w:tcPr>
          <w:p w14:paraId="0EF6D0C6" w14:textId="77777777" w:rsidR="00F23FC1" w:rsidRDefault="00F23FC1"/>
        </w:tc>
      </w:tr>
      <w:tr w:rsidR="00F23FC1" w14:paraId="3C3A20C3" w14:textId="77777777">
        <w:tc>
          <w:tcPr>
            <w:tcW w:w="2628" w:type="dxa"/>
          </w:tcPr>
          <w:p w14:paraId="6B7B545F" w14:textId="77777777" w:rsidR="00F23FC1" w:rsidRDefault="001854CD">
            <w:r>
              <w:t>Sulfur (S)</w:t>
            </w:r>
          </w:p>
        </w:tc>
        <w:tc>
          <w:tcPr>
            <w:tcW w:w="2628" w:type="dxa"/>
          </w:tcPr>
          <w:p w14:paraId="7560BE63" w14:textId="77777777" w:rsidR="00F23FC1" w:rsidRDefault="00F23FC1"/>
        </w:tc>
        <w:tc>
          <w:tcPr>
            <w:tcW w:w="2628" w:type="dxa"/>
          </w:tcPr>
          <w:p w14:paraId="1B74E22A" w14:textId="77777777" w:rsidR="00F23FC1" w:rsidRDefault="00F23FC1"/>
        </w:tc>
        <w:tc>
          <w:tcPr>
            <w:tcW w:w="2628" w:type="dxa"/>
          </w:tcPr>
          <w:p w14:paraId="6E152505" w14:textId="77777777" w:rsidR="00F23FC1" w:rsidRDefault="00F23FC1"/>
        </w:tc>
      </w:tr>
      <w:tr w:rsidR="00F23FC1" w14:paraId="2033FAAD" w14:textId="77777777">
        <w:tc>
          <w:tcPr>
            <w:tcW w:w="2628" w:type="dxa"/>
          </w:tcPr>
          <w:p w14:paraId="1D079AB4" w14:textId="77777777" w:rsidR="00F23FC1" w:rsidRDefault="001854CD">
            <w:r>
              <w:t>Calcium (Ca)</w:t>
            </w:r>
          </w:p>
        </w:tc>
        <w:tc>
          <w:tcPr>
            <w:tcW w:w="2628" w:type="dxa"/>
          </w:tcPr>
          <w:p w14:paraId="47C6B844" w14:textId="77777777" w:rsidR="00F23FC1" w:rsidRDefault="00F23FC1"/>
        </w:tc>
        <w:tc>
          <w:tcPr>
            <w:tcW w:w="2628" w:type="dxa"/>
          </w:tcPr>
          <w:p w14:paraId="2D97F07B" w14:textId="77777777" w:rsidR="00F23FC1" w:rsidRDefault="00F23FC1"/>
        </w:tc>
        <w:tc>
          <w:tcPr>
            <w:tcW w:w="2628" w:type="dxa"/>
          </w:tcPr>
          <w:p w14:paraId="38F1681D" w14:textId="77777777" w:rsidR="00F23FC1" w:rsidRDefault="00F23FC1"/>
        </w:tc>
      </w:tr>
      <w:tr w:rsidR="00F23FC1" w14:paraId="08324B96" w14:textId="77777777">
        <w:tc>
          <w:tcPr>
            <w:tcW w:w="2628" w:type="dxa"/>
          </w:tcPr>
          <w:p w14:paraId="05248609" w14:textId="77777777" w:rsidR="00F23FC1" w:rsidRDefault="001854CD">
            <w:r>
              <w:t>Zinc (Zn)</w:t>
            </w:r>
          </w:p>
        </w:tc>
        <w:tc>
          <w:tcPr>
            <w:tcW w:w="2628" w:type="dxa"/>
          </w:tcPr>
          <w:p w14:paraId="6536A9CF" w14:textId="77777777" w:rsidR="00F23FC1" w:rsidRDefault="00F23FC1"/>
        </w:tc>
        <w:tc>
          <w:tcPr>
            <w:tcW w:w="2628" w:type="dxa"/>
          </w:tcPr>
          <w:p w14:paraId="7D1D6048" w14:textId="77777777" w:rsidR="00F23FC1" w:rsidRDefault="00F23FC1"/>
        </w:tc>
        <w:tc>
          <w:tcPr>
            <w:tcW w:w="2628" w:type="dxa"/>
          </w:tcPr>
          <w:p w14:paraId="6B03B48C" w14:textId="77777777" w:rsidR="00F23FC1" w:rsidRDefault="00F23FC1"/>
        </w:tc>
      </w:tr>
      <w:tr w:rsidR="00F23FC1" w14:paraId="1D729A84" w14:textId="77777777">
        <w:tc>
          <w:tcPr>
            <w:tcW w:w="2628" w:type="dxa"/>
          </w:tcPr>
          <w:p w14:paraId="0C8A5C30" w14:textId="77777777" w:rsidR="00F23FC1" w:rsidRDefault="001854CD">
            <w:r>
              <w:t>Iodine (I)</w:t>
            </w:r>
          </w:p>
        </w:tc>
        <w:tc>
          <w:tcPr>
            <w:tcW w:w="2628" w:type="dxa"/>
          </w:tcPr>
          <w:p w14:paraId="32FF54BC" w14:textId="77777777" w:rsidR="00F23FC1" w:rsidRDefault="00F23FC1"/>
        </w:tc>
        <w:tc>
          <w:tcPr>
            <w:tcW w:w="2628" w:type="dxa"/>
          </w:tcPr>
          <w:p w14:paraId="08628C16" w14:textId="77777777" w:rsidR="00F23FC1" w:rsidRDefault="00F23FC1"/>
        </w:tc>
        <w:tc>
          <w:tcPr>
            <w:tcW w:w="2628" w:type="dxa"/>
          </w:tcPr>
          <w:p w14:paraId="47A4EF06" w14:textId="77777777" w:rsidR="00F23FC1" w:rsidRDefault="00F23FC1"/>
        </w:tc>
      </w:tr>
    </w:tbl>
    <w:p w14:paraId="3856D9A1" w14:textId="77777777" w:rsidR="00E36664" w:rsidRDefault="00E36664" w:rsidP="00E36664">
      <w:pPr>
        <w:spacing w:line="240" w:lineRule="auto"/>
        <w:contextualSpacing/>
        <w:rPr>
          <w:b/>
          <w:sz w:val="24"/>
        </w:rPr>
      </w:pPr>
    </w:p>
    <w:p w14:paraId="509E6B8E" w14:textId="56E8B439" w:rsidR="00F23FC1" w:rsidRDefault="001854CD" w:rsidP="00E36664">
      <w:pPr>
        <w:spacing w:line="240" w:lineRule="auto"/>
        <w:contextualSpacing/>
      </w:pPr>
      <w:r>
        <w:rPr>
          <w:b/>
          <w:sz w:val="24"/>
        </w:rPr>
        <w:t>Part 5 - Label the Material Set</w:t>
      </w:r>
      <w:proofErr w:type="gramStart"/>
      <w:r>
        <w:rPr>
          <w:b/>
          <w:sz w:val="24"/>
        </w:rPr>
        <w:t xml:space="preserve">   (</w:t>
      </w:r>
      <w:proofErr w:type="gramEnd"/>
      <w:r>
        <w:rPr>
          <w:b/>
          <w:sz w:val="24"/>
        </w:rPr>
        <w:t>Target SC.</w:t>
      </w:r>
      <w:proofErr w:type="gramStart"/>
      <w:r>
        <w:rPr>
          <w:b/>
          <w:sz w:val="24"/>
        </w:rPr>
        <w:t>912.P.</w:t>
      </w:r>
      <w:proofErr w:type="gramEnd"/>
      <w:r>
        <w:rPr>
          <w:b/>
          <w:sz w:val="24"/>
        </w:rPr>
        <w:t>10.5 T4)</w:t>
      </w:r>
    </w:p>
    <w:p w14:paraId="689109DD" w14:textId="77777777" w:rsidR="00F23FC1" w:rsidRDefault="001854CD" w:rsidP="00E36664">
      <w:pPr>
        <w:spacing w:line="240" w:lineRule="auto"/>
        <w:contextualSpacing/>
      </w:pPr>
      <w:r>
        <w:t>Every compound leaving the shelf needs a legally correct label, and the label requires the right system. Classify each formula as ionic (metal + nonmetal) or covalent (nonmetal + nonmetal), then apply the correct naming system: Greek prefixes for covalent compounds (drop 'mono' on the first element) and the metal's name + the nonmetal's base name + '-ide' for ionic compounds with NO prefixes. Use the ion charges to build the formula ratios.</w:t>
      </w:r>
    </w:p>
    <w:tbl>
      <w:tblPr>
        <w:tblStyle w:val="TableGrid"/>
        <w:tblW w:w="0" w:type="auto"/>
        <w:tblLook w:val="04A0" w:firstRow="1" w:lastRow="0" w:firstColumn="1" w:lastColumn="0" w:noHBand="0" w:noVBand="1"/>
      </w:tblPr>
      <w:tblGrid>
        <w:gridCol w:w="2628"/>
        <w:gridCol w:w="2628"/>
        <w:gridCol w:w="2628"/>
        <w:gridCol w:w="2628"/>
      </w:tblGrid>
      <w:tr w:rsidR="00F23FC1" w14:paraId="41545420" w14:textId="77777777">
        <w:tc>
          <w:tcPr>
            <w:tcW w:w="2628" w:type="dxa"/>
          </w:tcPr>
          <w:p w14:paraId="1F3456FA" w14:textId="77777777" w:rsidR="00F23FC1" w:rsidRDefault="001854CD">
            <w:r>
              <w:rPr>
                <w:b/>
              </w:rPr>
              <w:t>Formula</w:t>
            </w:r>
          </w:p>
        </w:tc>
        <w:tc>
          <w:tcPr>
            <w:tcW w:w="2628" w:type="dxa"/>
          </w:tcPr>
          <w:p w14:paraId="35F979AE" w14:textId="77777777" w:rsidR="00F23FC1" w:rsidRDefault="001854CD">
            <w:r>
              <w:rPr>
                <w:b/>
              </w:rPr>
              <w:t>Metal + nonmetal, or nonmetal + nonmetal?</w:t>
            </w:r>
          </w:p>
        </w:tc>
        <w:tc>
          <w:tcPr>
            <w:tcW w:w="2628" w:type="dxa"/>
          </w:tcPr>
          <w:p w14:paraId="3EBDDF47" w14:textId="77777777" w:rsidR="00F23FC1" w:rsidRDefault="001854CD">
            <w:r>
              <w:rPr>
                <w:b/>
              </w:rPr>
              <w:t>Ionic or covalent?</w:t>
            </w:r>
          </w:p>
        </w:tc>
        <w:tc>
          <w:tcPr>
            <w:tcW w:w="2628" w:type="dxa"/>
          </w:tcPr>
          <w:p w14:paraId="152B832F" w14:textId="77777777" w:rsidR="00F23FC1" w:rsidRDefault="001854CD">
            <w:r>
              <w:rPr>
                <w:b/>
              </w:rPr>
              <w:t>Elements present</w:t>
            </w:r>
          </w:p>
        </w:tc>
      </w:tr>
      <w:tr w:rsidR="00F23FC1" w14:paraId="5A81BD51" w14:textId="77777777">
        <w:tc>
          <w:tcPr>
            <w:tcW w:w="2628" w:type="dxa"/>
          </w:tcPr>
          <w:p w14:paraId="5B2C365A" w14:textId="77777777" w:rsidR="00F23FC1" w:rsidRDefault="001854CD">
            <w:r>
              <w:t>KBr</w:t>
            </w:r>
          </w:p>
        </w:tc>
        <w:tc>
          <w:tcPr>
            <w:tcW w:w="2628" w:type="dxa"/>
          </w:tcPr>
          <w:p w14:paraId="4A2DF5A8" w14:textId="77777777" w:rsidR="00F23FC1" w:rsidRDefault="00F23FC1"/>
        </w:tc>
        <w:tc>
          <w:tcPr>
            <w:tcW w:w="2628" w:type="dxa"/>
          </w:tcPr>
          <w:p w14:paraId="60361B80" w14:textId="77777777" w:rsidR="00F23FC1" w:rsidRDefault="00F23FC1"/>
        </w:tc>
        <w:tc>
          <w:tcPr>
            <w:tcW w:w="2628" w:type="dxa"/>
          </w:tcPr>
          <w:p w14:paraId="16C9E5CE" w14:textId="77777777" w:rsidR="00F23FC1" w:rsidRDefault="00F23FC1"/>
        </w:tc>
      </w:tr>
      <w:tr w:rsidR="00F23FC1" w14:paraId="63579D8D" w14:textId="77777777">
        <w:tc>
          <w:tcPr>
            <w:tcW w:w="2628" w:type="dxa"/>
          </w:tcPr>
          <w:p w14:paraId="3E48B015" w14:textId="77777777" w:rsidR="00F23FC1" w:rsidRDefault="001854CD">
            <w:r>
              <w:t>N</w:t>
            </w:r>
            <w:r w:rsidRPr="00E36664">
              <w:rPr>
                <w:vertAlign w:val="subscript"/>
              </w:rPr>
              <w:t>2</w:t>
            </w:r>
            <w:r>
              <w:t>O</w:t>
            </w:r>
            <w:r w:rsidRPr="00E36664">
              <w:rPr>
                <w:vertAlign w:val="subscript"/>
              </w:rPr>
              <w:t>3</w:t>
            </w:r>
          </w:p>
        </w:tc>
        <w:tc>
          <w:tcPr>
            <w:tcW w:w="2628" w:type="dxa"/>
          </w:tcPr>
          <w:p w14:paraId="0597DF70" w14:textId="77777777" w:rsidR="00F23FC1" w:rsidRDefault="00F23FC1"/>
        </w:tc>
        <w:tc>
          <w:tcPr>
            <w:tcW w:w="2628" w:type="dxa"/>
          </w:tcPr>
          <w:p w14:paraId="2E637BF1" w14:textId="77777777" w:rsidR="00F23FC1" w:rsidRDefault="00F23FC1"/>
        </w:tc>
        <w:tc>
          <w:tcPr>
            <w:tcW w:w="2628" w:type="dxa"/>
          </w:tcPr>
          <w:p w14:paraId="3996A57E" w14:textId="77777777" w:rsidR="00F23FC1" w:rsidRDefault="00F23FC1"/>
        </w:tc>
      </w:tr>
      <w:tr w:rsidR="00F23FC1" w14:paraId="0FB58629" w14:textId="77777777">
        <w:tc>
          <w:tcPr>
            <w:tcW w:w="2628" w:type="dxa"/>
          </w:tcPr>
          <w:p w14:paraId="33440EB4" w14:textId="77777777" w:rsidR="00F23FC1" w:rsidRDefault="001854CD">
            <w:r>
              <w:t>MgO</w:t>
            </w:r>
          </w:p>
        </w:tc>
        <w:tc>
          <w:tcPr>
            <w:tcW w:w="2628" w:type="dxa"/>
          </w:tcPr>
          <w:p w14:paraId="54F4D91E" w14:textId="77777777" w:rsidR="00F23FC1" w:rsidRDefault="00F23FC1"/>
        </w:tc>
        <w:tc>
          <w:tcPr>
            <w:tcW w:w="2628" w:type="dxa"/>
          </w:tcPr>
          <w:p w14:paraId="503A49E9" w14:textId="77777777" w:rsidR="00F23FC1" w:rsidRDefault="00F23FC1"/>
        </w:tc>
        <w:tc>
          <w:tcPr>
            <w:tcW w:w="2628" w:type="dxa"/>
          </w:tcPr>
          <w:p w14:paraId="67324CB4" w14:textId="77777777" w:rsidR="00F23FC1" w:rsidRDefault="00F23FC1"/>
        </w:tc>
      </w:tr>
      <w:tr w:rsidR="00F23FC1" w14:paraId="45593BFF" w14:textId="77777777">
        <w:tc>
          <w:tcPr>
            <w:tcW w:w="2628" w:type="dxa"/>
          </w:tcPr>
          <w:p w14:paraId="41E89488" w14:textId="77777777" w:rsidR="00F23FC1" w:rsidRDefault="001854CD">
            <w:r>
              <w:t>PCl</w:t>
            </w:r>
            <w:r w:rsidRPr="00E36664">
              <w:rPr>
                <w:vertAlign w:val="subscript"/>
              </w:rPr>
              <w:t>5</w:t>
            </w:r>
          </w:p>
        </w:tc>
        <w:tc>
          <w:tcPr>
            <w:tcW w:w="2628" w:type="dxa"/>
          </w:tcPr>
          <w:p w14:paraId="129703BE" w14:textId="77777777" w:rsidR="00F23FC1" w:rsidRDefault="00F23FC1"/>
        </w:tc>
        <w:tc>
          <w:tcPr>
            <w:tcW w:w="2628" w:type="dxa"/>
          </w:tcPr>
          <w:p w14:paraId="46775DCD" w14:textId="77777777" w:rsidR="00F23FC1" w:rsidRDefault="00F23FC1"/>
        </w:tc>
        <w:tc>
          <w:tcPr>
            <w:tcW w:w="2628" w:type="dxa"/>
          </w:tcPr>
          <w:p w14:paraId="6C5649C7" w14:textId="77777777" w:rsidR="00F23FC1" w:rsidRDefault="00F23FC1"/>
        </w:tc>
      </w:tr>
      <w:tr w:rsidR="00F23FC1" w14:paraId="1A0B4EEB" w14:textId="77777777">
        <w:tc>
          <w:tcPr>
            <w:tcW w:w="2628" w:type="dxa"/>
          </w:tcPr>
          <w:p w14:paraId="0B5F8446" w14:textId="77777777" w:rsidR="00F23FC1" w:rsidRDefault="001854CD">
            <w:r>
              <w:t>ZnCl</w:t>
            </w:r>
            <w:r w:rsidRPr="00E36664">
              <w:rPr>
                <w:vertAlign w:val="subscript"/>
              </w:rPr>
              <w:t>2</w:t>
            </w:r>
          </w:p>
        </w:tc>
        <w:tc>
          <w:tcPr>
            <w:tcW w:w="2628" w:type="dxa"/>
          </w:tcPr>
          <w:p w14:paraId="6A6234B7" w14:textId="77777777" w:rsidR="00F23FC1" w:rsidRDefault="00F23FC1"/>
        </w:tc>
        <w:tc>
          <w:tcPr>
            <w:tcW w:w="2628" w:type="dxa"/>
          </w:tcPr>
          <w:p w14:paraId="548D2EAA" w14:textId="77777777" w:rsidR="00F23FC1" w:rsidRDefault="00F23FC1"/>
        </w:tc>
        <w:tc>
          <w:tcPr>
            <w:tcW w:w="2628" w:type="dxa"/>
          </w:tcPr>
          <w:p w14:paraId="474415F6" w14:textId="77777777" w:rsidR="00F23FC1" w:rsidRDefault="00F23FC1"/>
        </w:tc>
      </w:tr>
      <w:tr w:rsidR="00F23FC1" w14:paraId="262121AD" w14:textId="77777777">
        <w:tc>
          <w:tcPr>
            <w:tcW w:w="2628" w:type="dxa"/>
          </w:tcPr>
          <w:p w14:paraId="3EDF4AF6" w14:textId="77777777" w:rsidR="00F23FC1" w:rsidRDefault="001854CD">
            <w:r>
              <w:t>N2O</w:t>
            </w:r>
            <w:r w:rsidRPr="00E36664">
              <w:rPr>
                <w:vertAlign w:val="subscript"/>
              </w:rPr>
              <w:t>4</w:t>
            </w:r>
          </w:p>
        </w:tc>
        <w:tc>
          <w:tcPr>
            <w:tcW w:w="2628" w:type="dxa"/>
          </w:tcPr>
          <w:p w14:paraId="174BA50C" w14:textId="77777777" w:rsidR="00F23FC1" w:rsidRDefault="00F23FC1"/>
        </w:tc>
        <w:tc>
          <w:tcPr>
            <w:tcW w:w="2628" w:type="dxa"/>
          </w:tcPr>
          <w:p w14:paraId="4C07837E" w14:textId="77777777" w:rsidR="00F23FC1" w:rsidRDefault="00F23FC1"/>
        </w:tc>
        <w:tc>
          <w:tcPr>
            <w:tcW w:w="2628" w:type="dxa"/>
          </w:tcPr>
          <w:p w14:paraId="574C5336" w14:textId="77777777" w:rsidR="00F23FC1" w:rsidRDefault="00F23FC1"/>
        </w:tc>
      </w:tr>
      <w:tr w:rsidR="00F23FC1" w14:paraId="2A07A6D4" w14:textId="77777777">
        <w:tc>
          <w:tcPr>
            <w:tcW w:w="5256" w:type="dxa"/>
            <w:gridSpan w:val="2"/>
          </w:tcPr>
          <w:p w14:paraId="6015A244" w14:textId="77777777" w:rsidR="00F23FC1" w:rsidRDefault="001854CD">
            <w:r>
              <w:rPr>
                <w:b/>
              </w:rPr>
              <w:lastRenderedPageBreak/>
              <w:t>Covalent compound (formula)</w:t>
            </w:r>
          </w:p>
        </w:tc>
        <w:tc>
          <w:tcPr>
            <w:tcW w:w="5256" w:type="dxa"/>
            <w:gridSpan w:val="2"/>
          </w:tcPr>
          <w:p w14:paraId="38FF024A" w14:textId="77777777" w:rsidR="00F23FC1" w:rsidRDefault="001854CD">
            <w:r>
              <w:rPr>
                <w:b/>
              </w:rPr>
              <w:t>Name it using prefixes</w:t>
            </w:r>
          </w:p>
        </w:tc>
      </w:tr>
      <w:tr w:rsidR="00F23FC1" w14:paraId="5CAECEAC" w14:textId="77777777">
        <w:tc>
          <w:tcPr>
            <w:tcW w:w="5256" w:type="dxa"/>
            <w:gridSpan w:val="2"/>
          </w:tcPr>
          <w:p w14:paraId="0297D39C" w14:textId="77777777" w:rsidR="00F23FC1" w:rsidRDefault="001854CD">
            <w:r>
              <w:t>CO</w:t>
            </w:r>
          </w:p>
        </w:tc>
        <w:tc>
          <w:tcPr>
            <w:tcW w:w="5256" w:type="dxa"/>
            <w:gridSpan w:val="2"/>
          </w:tcPr>
          <w:p w14:paraId="159DAAD1" w14:textId="77777777" w:rsidR="00F23FC1" w:rsidRDefault="00F23FC1"/>
        </w:tc>
      </w:tr>
      <w:tr w:rsidR="00F23FC1" w14:paraId="5D9FF8B6" w14:textId="77777777">
        <w:tc>
          <w:tcPr>
            <w:tcW w:w="5256" w:type="dxa"/>
            <w:gridSpan w:val="2"/>
          </w:tcPr>
          <w:p w14:paraId="393B768D" w14:textId="77777777" w:rsidR="00F23FC1" w:rsidRDefault="001854CD">
            <w:r>
              <w:t>N</w:t>
            </w:r>
            <w:r w:rsidRPr="00E36664">
              <w:rPr>
                <w:vertAlign w:val="subscript"/>
              </w:rPr>
              <w:t>2</w:t>
            </w:r>
            <w:r>
              <w:t>O</w:t>
            </w:r>
            <w:r w:rsidRPr="00E36664">
              <w:rPr>
                <w:vertAlign w:val="subscript"/>
              </w:rPr>
              <w:t>3</w:t>
            </w:r>
          </w:p>
        </w:tc>
        <w:tc>
          <w:tcPr>
            <w:tcW w:w="5256" w:type="dxa"/>
            <w:gridSpan w:val="2"/>
          </w:tcPr>
          <w:p w14:paraId="393FBF70" w14:textId="77777777" w:rsidR="00F23FC1" w:rsidRDefault="00F23FC1"/>
        </w:tc>
      </w:tr>
      <w:tr w:rsidR="00F23FC1" w14:paraId="5CEA3C90" w14:textId="77777777">
        <w:tc>
          <w:tcPr>
            <w:tcW w:w="5256" w:type="dxa"/>
            <w:gridSpan w:val="2"/>
          </w:tcPr>
          <w:p w14:paraId="5D1553D4" w14:textId="77777777" w:rsidR="00F23FC1" w:rsidRDefault="001854CD">
            <w:r>
              <w:t>SF</w:t>
            </w:r>
            <w:r w:rsidRPr="00E36664">
              <w:rPr>
                <w:vertAlign w:val="subscript"/>
              </w:rPr>
              <w:t>6</w:t>
            </w:r>
          </w:p>
        </w:tc>
        <w:tc>
          <w:tcPr>
            <w:tcW w:w="5256" w:type="dxa"/>
            <w:gridSpan w:val="2"/>
          </w:tcPr>
          <w:p w14:paraId="163DD392" w14:textId="77777777" w:rsidR="00F23FC1" w:rsidRDefault="00F23FC1"/>
        </w:tc>
      </w:tr>
      <w:tr w:rsidR="00F23FC1" w14:paraId="1137E805" w14:textId="77777777">
        <w:tc>
          <w:tcPr>
            <w:tcW w:w="5256" w:type="dxa"/>
            <w:gridSpan w:val="2"/>
          </w:tcPr>
          <w:p w14:paraId="212246D1" w14:textId="77777777" w:rsidR="00F23FC1" w:rsidRDefault="001854CD">
            <w:r>
              <w:t>PCl</w:t>
            </w:r>
            <w:r w:rsidRPr="00E36664">
              <w:rPr>
                <w:vertAlign w:val="subscript"/>
              </w:rPr>
              <w:t>5</w:t>
            </w:r>
          </w:p>
        </w:tc>
        <w:tc>
          <w:tcPr>
            <w:tcW w:w="5256" w:type="dxa"/>
            <w:gridSpan w:val="2"/>
          </w:tcPr>
          <w:p w14:paraId="3B0385FC" w14:textId="77777777" w:rsidR="00F23FC1" w:rsidRDefault="00F23FC1"/>
        </w:tc>
      </w:tr>
      <w:tr w:rsidR="00F23FC1" w14:paraId="65C49A4C" w14:textId="77777777">
        <w:tc>
          <w:tcPr>
            <w:tcW w:w="5256" w:type="dxa"/>
            <w:gridSpan w:val="2"/>
          </w:tcPr>
          <w:p w14:paraId="28CCC8A2" w14:textId="77777777" w:rsidR="00F23FC1" w:rsidRDefault="001854CD">
            <w:r>
              <w:t>NO</w:t>
            </w:r>
            <w:r w:rsidRPr="00E36664">
              <w:rPr>
                <w:vertAlign w:val="subscript"/>
              </w:rPr>
              <w:t>2</w:t>
            </w:r>
          </w:p>
        </w:tc>
        <w:tc>
          <w:tcPr>
            <w:tcW w:w="5256" w:type="dxa"/>
            <w:gridSpan w:val="2"/>
          </w:tcPr>
          <w:p w14:paraId="5339A6E6" w14:textId="77777777" w:rsidR="00F23FC1" w:rsidRDefault="00F23FC1"/>
        </w:tc>
      </w:tr>
      <w:tr w:rsidR="00F23FC1" w14:paraId="2B84F2C9" w14:textId="77777777">
        <w:tc>
          <w:tcPr>
            <w:tcW w:w="5256" w:type="dxa"/>
            <w:gridSpan w:val="2"/>
          </w:tcPr>
          <w:p w14:paraId="42604028" w14:textId="77777777" w:rsidR="00F23FC1" w:rsidRDefault="001854CD">
            <w:r>
              <w:rPr>
                <w:b/>
              </w:rPr>
              <w:t>Covalent compound (name)</w:t>
            </w:r>
          </w:p>
        </w:tc>
        <w:tc>
          <w:tcPr>
            <w:tcW w:w="5256" w:type="dxa"/>
            <w:gridSpan w:val="2"/>
          </w:tcPr>
          <w:p w14:paraId="018A239D" w14:textId="77777777" w:rsidR="00F23FC1" w:rsidRDefault="001854CD">
            <w:r>
              <w:rPr>
                <w:b/>
              </w:rPr>
              <w:t>Write the formula</w:t>
            </w:r>
          </w:p>
        </w:tc>
      </w:tr>
      <w:tr w:rsidR="00F23FC1" w14:paraId="7937DAC0" w14:textId="77777777">
        <w:tc>
          <w:tcPr>
            <w:tcW w:w="5256" w:type="dxa"/>
            <w:gridSpan w:val="2"/>
          </w:tcPr>
          <w:p w14:paraId="2662DE11" w14:textId="77777777" w:rsidR="00F23FC1" w:rsidRDefault="001854CD">
            <w:r>
              <w:t>Carbon dioxide</w:t>
            </w:r>
          </w:p>
        </w:tc>
        <w:tc>
          <w:tcPr>
            <w:tcW w:w="5256" w:type="dxa"/>
            <w:gridSpan w:val="2"/>
          </w:tcPr>
          <w:p w14:paraId="39EDF75F" w14:textId="77777777" w:rsidR="00F23FC1" w:rsidRDefault="00F23FC1"/>
        </w:tc>
      </w:tr>
      <w:tr w:rsidR="00F23FC1" w14:paraId="2A12E892" w14:textId="77777777">
        <w:tc>
          <w:tcPr>
            <w:tcW w:w="5256" w:type="dxa"/>
            <w:gridSpan w:val="2"/>
          </w:tcPr>
          <w:p w14:paraId="6ECFFB2C" w14:textId="77777777" w:rsidR="00F23FC1" w:rsidRDefault="001854CD">
            <w:r>
              <w:t>Dinitrogen tetroxide</w:t>
            </w:r>
          </w:p>
        </w:tc>
        <w:tc>
          <w:tcPr>
            <w:tcW w:w="5256" w:type="dxa"/>
            <w:gridSpan w:val="2"/>
          </w:tcPr>
          <w:p w14:paraId="3BE3B7E7" w14:textId="77777777" w:rsidR="00F23FC1" w:rsidRDefault="00F23FC1"/>
        </w:tc>
      </w:tr>
      <w:tr w:rsidR="00F23FC1" w14:paraId="638EEDD0" w14:textId="77777777">
        <w:tc>
          <w:tcPr>
            <w:tcW w:w="5256" w:type="dxa"/>
            <w:gridSpan w:val="2"/>
          </w:tcPr>
          <w:p w14:paraId="3270DFBD" w14:textId="77777777" w:rsidR="00F23FC1" w:rsidRDefault="001854CD">
            <w:r>
              <w:t>Sulfur dioxide</w:t>
            </w:r>
          </w:p>
        </w:tc>
        <w:tc>
          <w:tcPr>
            <w:tcW w:w="5256" w:type="dxa"/>
            <w:gridSpan w:val="2"/>
          </w:tcPr>
          <w:p w14:paraId="2F442011" w14:textId="77777777" w:rsidR="00F23FC1" w:rsidRDefault="00F23FC1"/>
        </w:tc>
      </w:tr>
      <w:tr w:rsidR="00F23FC1" w14:paraId="00AE4857" w14:textId="77777777">
        <w:tc>
          <w:tcPr>
            <w:tcW w:w="5256" w:type="dxa"/>
            <w:gridSpan w:val="2"/>
          </w:tcPr>
          <w:p w14:paraId="7D4622E5" w14:textId="77777777" w:rsidR="00F23FC1" w:rsidRDefault="001854CD">
            <w:r>
              <w:t>Phosphorus trichloride</w:t>
            </w:r>
          </w:p>
        </w:tc>
        <w:tc>
          <w:tcPr>
            <w:tcW w:w="5256" w:type="dxa"/>
            <w:gridSpan w:val="2"/>
          </w:tcPr>
          <w:p w14:paraId="06B59F56" w14:textId="77777777" w:rsidR="00F23FC1" w:rsidRDefault="00F23FC1"/>
        </w:tc>
      </w:tr>
      <w:tr w:rsidR="00F23FC1" w14:paraId="252C189E" w14:textId="77777777">
        <w:tc>
          <w:tcPr>
            <w:tcW w:w="5256" w:type="dxa"/>
            <w:gridSpan w:val="2"/>
          </w:tcPr>
          <w:p w14:paraId="3919D785" w14:textId="77777777" w:rsidR="00F23FC1" w:rsidRDefault="001854CD">
            <w:r>
              <w:rPr>
                <w:b/>
              </w:rPr>
              <w:t>Ionic compound (formula)</w:t>
            </w:r>
          </w:p>
        </w:tc>
        <w:tc>
          <w:tcPr>
            <w:tcW w:w="5256" w:type="dxa"/>
            <w:gridSpan w:val="2"/>
          </w:tcPr>
          <w:p w14:paraId="2F6DDFB6" w14:textId="77777777" w:rsidR="00F23FC1" w:rsidRDefault="001854CD">
            <w:r>
              <w:rPr>
                <w:b/>
              </w:rPr>
              <w:t>Name it using '-ide'</w:t>
            </w:r>
          </w:p>
        </w:tc>
      </w:tr>
      <w:tr w:rsidR="00F23FC1" w14:paraId="10251668" w14:textId="77777777">
        <w:tc>
          <w:tcPr>
            <w:tcW w:w="5256" w:type="dxa"/>
            <w:gridSpan w:val="2"/>
          </w:tcPr>
          <w:p w14:paraId="27B93486" w14:textId="77777777" w:rsidR="00F23FC1" w:rsidRDefault="001854CD">
            <w:r>
              <w:t>CaCl</w:t>
            </w:r>
            <w:r w:rsidRPr="00E36664">
              <w:rPr>
                <w:vertAlign w:val="subscript"/>
              </w:rPr>
              <w:t>2</w:t>
            </w:r>
          </w:p>
        </w:tc>
        <w:tc>
          <w:tcPr>
            <w:tcW w:w="5256" w:type="dxa"/>
            <w:gridSpan w:val="2"/>
          </w:tcPr>
          <w:p w14:paraId="0720CB54" w14:textId="77777777" w:rsidR="00F23FC1" w:rsidRDefault="00F23FC1"/>
        </w:tc>
      </w:tr>
      <w:tr w:rsidR="00F23FC1" w14:paraId="35A2ECDB" w14:textId="77777777">
        <w:tc>
          <w:tcPr>
            <w:tcW w:w="5256" w:type="dxa"/>
            <w:gridSpan w:val="2"/>
          </w:tcPr>
          <w:p w14:paraId="79D952CB" w14:textId="77777777" w:rsidR="00F23FC1" w:rsidRDefault="001854CD">
            <w:r>
              <w:t>Al</w:t>
            </w:r>
            <w:r w:rsidRPr="00E36664">
              <w:rPr>
                <w:vertAlign w:val="subscript"/>
              </w:rPr>
              <w:t>2</w:t>
            </w:r>
            <w:r>
              <w:t>O</w:t>
            </w:r>
            <w:r w:rsidRPr="00E36664">
              <w:rPr>
                <w:vertAlign w:val="subscript"/>
              </w:rPr>
              <w:t>3</w:t>
            </w:r>
          </w:p>
        </w:tc>
        <w:tc>
          <w:tcPr>
            <w:tcW w:w="5256" w:type="dxa"/>
            <w:gridSpan w:val="2"/>
          </w:tcPr>
          <w:p w14:paraId="214A2CBC" w14:textId="77777777" w:rsidR="00F23FC1" w:rsidRDefault="00F23FC1"/>
        </w:tc>
      </w:tr>
      <w:tr w:rsidR="00F23FC1" w14:paraId="7A37A4B2" w14:textId="77777777">
        <w:tc>
          <w:tcPr>
            <w:tcW w:w="5256" w:type="dxa"/>
            <w:gridSpan w:val="2"/>
          </w:tcPr>
          <w:p w14:paraId="46656F1D" w14:textId="77777777" w:rsidR="00F23FC1" w:rsidRDefault="001854CD">
            <w:r>
              <w:t>KI</w:t>
            </w:r>
          </w:p>
        </w:tc>
        <w:tc>
          <w:tcPr>
            <w:tcW w:w="5256" w:type="dxa"/>
            <w:gridSpan w:val="2"/>
          </w:tcPr>
          <w:p w14:paraId="3C649868" w14:textId="77777777" w:rsidR="00F23FC1" w:rsidRDefault="00F23FC1"/>
        </w:tc>
      </w:tr>
      <w:tr w:rsidR="00F23FC1" w14:paraId="4FA761AB" w14:textId="77777777">
        <w:tc>
          <w:tcPr>
            <w:tcW w:w="5256" w:type="dxa"/>
            <w:gridSpan w:val="2"/>
          </w:tcPr>
          <w:p w14:paraId="43B6357A" w14:textId="77777777" w:rsidR="00F23FC1" w:rsidRDefault="001854CD">
            <w:r>
              <w:t>ZnS</w:t>
            </w:r>
          </w:p>
        </w:tc>
        <w:tc>
          <w:tcPr>
            <w:tcW w:w="5256" w:type="dxa"/>
            <w:gridSpan w:val="2"/>
          </w:tcPr>
          <w:p w14:paraId="402E6A0E" w14:textId="77777777" w:rsidR="00F23FC1" w:rsidRDefault="00F23FC1"/>
        </w:tc>
      </w:tr>
      <w:tr w:rsidR="00F23FC1" w14:paraId="6386281E" w14:textId="77777777">
        <w:tc>
          <w:tcPr>
            <w:tcW w:w="5256" w:type="dxa"/>
            <w:gridSpan w:val="2"/>
          </w:tcPr>
          <w:p w14:paraId="635ABB01" w14:textId="77777777" w:rsidR="00F23FC1" w:rsidRDefault="001854CD">
            <w:r>
              <w:rPr>
                <w:b/>
              </w:rPr>
              <w:t>Ionic compound (name)</w:t>
            </w:r>
          </w:p>
        </w:tc>
        <w:tc>
          <w:tcPr>
            <w:tcW w:w="5256" w:type="dxa"/>
            <w:gridSpan w:val="2"/>
          </w:tcPr>
          <w:p w14:paraId="2AC5060F" w14:textId="77777777" w:rsidR="00F23FC1" w:rsidRDefault="001854CD">
            <w:r>
              <w:rPr>
                <w:b/>
              </w:rPr>
              <w:t>Write the formula</w:t>
            </w:r>
          </w:p>
        </w:tc>
      </w:tr>
      <w:tr w:rsidR="00F23FC1" w14:paraId="0D7A1BB3" w14:textId="77777777">
        <w:tc>
          <w:tcPr>
            <w:tcW w:w="5256" w:type="dxa"/>
            <w:gridSpan w:val="2"/>
          </w:tcPr>
          <w:p w14:paraId="2CBDE95B" w14:textId="77777777" w:rsidR="00F23FC1" w:rsidRDefault="001854CD">
            <w:r>
              <w:t>Magnesium oxide</w:t>
            </w:r>
          </w:p>
        </w:tc>
        <w:tc>
          <w:tcPr>
            <w:tcW w:w="5256" w:type="dxa"/>
            <w:gridSpan w:val="2"/>
          </w:tcPr>
          <w:p w14:paraId="0CAE1577" w14:textId="77777777" w:rsidR="00F23FC1" w:rsidRDefault="00F23FC1"/>
        </w:tc>
      </w:tr>
      <w:tr w:rsidR="00F23FC1" w14:paraId="7D95DE37" w14:textId="77777777">
        <w:tc>
          <w:tcPr>
            <w:tcW w:w="5256" w:type="dxa"/>
            <w:gridSpan w:val="2"/>
          </w:tcPr>
          <w:p w14:paraId="20854E9D" w14:textId="77777777" w:rsidR="00F23FC1" w:rsidRDefault="001854CD">
            <w:r>
              <w:t>Potassium bromide</w:t>
            </w:r>
          </w:p>
        </w:tc>
        <w:tc>
          <w:tcPr>
            <w:tcW w:w="5256" w:type="dxa"/>
            <w:gridSpan w:val="2"/>
          </w:tcPr>
          <w:p w14:paraId="3525936F" w14:textId="77777777" w:rsidR="00F23FC1" w:rsidRDefault="00F23FC1"/>
        </w:tc>
      </w:tr>
      <w:tr w:rsidR="00F23FC1" w14:paraId="3D84CE1D" w14:textId="77777777">
        <w:tc>
          <w:tcPr>
            <w:tcW w:w="5256" w:type="dxa"/>
            <w:gridSpan w:val="2"/>
          </w:tcPr>
          <w:p w14:paraId="797ADC76" w14:textId="77777777" w:rsidR="00F23FC1" w:rsidRDefault="001854CD">
            <w:r>
              <w:t>Calcium oxide</w:t>
            </w:r>
          </w:p>
        </w:tc>
        <w:tc>
          <w:tcPr>
            <w:tcW w:w="5256" w:type="dxa"/>
            <w:gridSpan w:val="2"/>
          </w:tcPr>
          <w:p w14:paraId="79689E10" w14:textId="77777777" w:rsidR="00F23FC1" w:rsidRDefault="00F23FC1"/>
        </w:tc>
      </w:tr>
      <w:tr w:rsidR="00F23FC1" w14:paraId="6B13873E" w14:textId="77777777">
        <w:tc>
          <w:tcPr>
            <w:tcW w:w="5256" w:type="dxa"/>
            <w:gridSpan w:val="2"/>
          </w:tcPr>
          <w:p w14:paraId="2AE40395" w14:textId="77777777" w:rsidR="00F23FC1" w:rsidRDefault="001854CD">
            <w:r>
              <w:t>Sodium sulfide</w:t>
            </w:r>
          </w:p>
        </w:tc>
        <w:tc>
          <w:tcPr>
            <w:tcW w:w="5256" w:type="dxa"/>
            <w:gridSpan w:val="2"/>
          </w:tcPr>
          <w:p w14:paraId="086A24D4" w14:textId="77777777" w:rsidR="00F23FC1" w:rsidRDefault="00F23FC1"/>
        </w:tc>
      </w:tr>
    </w:tbl>
    <w:p w14:paraId="6738587F" w14:textId="77777777" w:rsidR="00F23FC1" w:rsidRDefault="001854CD">
      <w:r>
        <w:rPr>
          <w:b/>
        </w:rPr>
        <w:t xml:space="preserve">Mixed practice - choose the correct system: </w:t>
      </w:r>
    </w:p>
    <w:tbl>
      <w:tblPr>
        <w:tblStyle w:val="TableGrid"/>
        <w:tblW w:w="0" w:type="auto"/>
        <w:tblLook w:val="04A0" w:firstRow="1" w:lastRow="0" w:firstColumn="1" w:lastColumn="0" w:noHBand="0" w:noVBand="1"/>
      </w:tblPr>
      <w:tblGrid>
        <w:gridCol w:w="5256"/>
        <w:gridCol w:w="5256"/>
      </w:tblGrid>
      <w:tr w:rsidR="00F23FC1" w14:paraId="3795CFE3" w14:textId="77777777">
        <w:tc>
          <w:tcPr>
            <w:tcW w:w="5256" w:type="dxa"/>
          </w:tcPr>
          <w:p w14:paraId="77A7ED74" w14:textId="77777777" w:rsidR="00F23FC1" w:rsidRDefault="001854CD">
            <w:r>
              <w:rPr>
                <w:b/>
              </w:rPr>
              <w:t>Item</w:t>
            </w:r>
          </w:p>
        </w:tc>
        <w:tc>
          <w:tcPr>
            <w:tcW w:w="5256" w:type="dxa"/>
          </w:tcPr>
          <w:p w14:paraId="004D7BDF" w14:textId="77777777" w:rsidR="00F23FC1" w:rsidRDefault="001854CD">
            <w:r>
              <w:rPr>
                <w:b/>
              </w:rPr>
              <w:t>Name or formula (choose the right system)</w:t>
            </w:r>
          </w:p>
        </w:tc>
      </w:tr>
      <w:tr w:rsidR="00F23FC1" w14:paraId="1A5CD4B4" w14:textId="77777777">
        <w:tc>
          <w:tcPr>
            <w:tcW w:w="5256" w:type="dxa"/>
          </w:tcPr>
          <w:p w14:paraId="095501F3" w14:textId="77777777" w:rsidR="00F23FC1" w:rsidRDefault="001854CD">
            <w:r>
              <w:t>Write the formula for calcium chloride</w:t>
            </w:r>
          </w:p>
        </w:tc>
        <w:tc>
          <w:tcPr>
            <w:tcW w:w="5256" w:type="dxa"/>
          </w:tcPr>
          <w:p w14:paraId="1D3877E9" w14:textId="77777777" w:rsidR="00F23FC1" w:rsidRDefault="00F23FC1"/>
        </w:tc>
      </w:tr>
      <w:tr w:rsidR="00F23FC1" w14:paraId="09943565" w14:textId="77777777">
        <w:tc>
          <w:tcPr>
            <w:tcW w:w="5256" w:type="dxa"/>
          </w:tcPr>
          <w:p w14:paraId="7658B390" w14:textId="77777777" w:rsidR="00F23FC1" w:rsidRDefault="001854CD">
            <w:r>
              <w:t>Name Al</w:t>
            </w:r>
            <w:r w:rsidRPr="00E36664">
              <w:rPr>
                <w:vertAlign w:val="subscript"/>
              </w:rPr>
              <w:t>2</w:t>
            </w:r>
            <w:r>
              <w:t>S</w:t>
            </w:r>
            <w:r w:rsidRPr="00E36664">
              <w:rPr>
                <w:vertAlign w:val="subscript"/>
              </w:rPr>
              <w:t>3</w:t>
            </w:r>
          </w:p>
        </w:tc>
        <w:tc>
          <w:tcPr>
            <w:tcW w:w="5256" w:type="dxa"/>
          </w:tcPr>
          <w:p w14:paraId="43ED81AA" w14:textId="77777777" w:rsidR="00F23FC1" w:rsidRDefault="00F23FC1"/>
        </w:tc>
      </w:tr>
      <w:tr w:rsidR="00F23FC1" w14:paraId="5938C390" w14:textId="77777777">
        <w:tc>
          <w:tcPr>
            <w:tcW w:w="5256" w:type="dxa"/>
          </w:tcPr>
          <w:p w14:paraId="15D126FB" w14:textId="77777777" w:rsidR="00F23FC1" w:rsidRDefault="001854CD">
            <w:r>
              <w:t>Name CO</w:t>
            </w:r>
            <w:r w:rsidRPr="00E36664">
              <w:rPr>
                <w:vertAlign w:val="subscript"/>
              </w:rPr>
              <w:t>2</w:t>
            </w:r>
          </w:p>
        </w:tc>
        <w:tc>
          <w:tcPr>
            <w:tcW w:w="5256" w:type="dxa"/>
          </w:tcPr>
          <w:p w14:paraId="13D12302" w14:textId="77777777" w:rsidR="00F23FC1" w:rsidRDefault="00F23FC1"/>
        </w:tc>
      </w:tr>
      <w:tr w:rsidR="00F23FC1" w14:paraId="73752138" w14:textId="77777777">
        <w:tc>
          <w:tcPr>
            <w:tcW w:w="5256" w:type="dxa"/>
          </w:tcPr>
          <w:p w14:paraId="71B36239" w14:textId="77777777" w:rsidR="00F23FC1" w:rsidRDefault="001854CD">
            <w:r>
              <w:t>Write the formula for sodium sulfide</w:t>
            </w:r>
          </w:p>
        </w:tc>
        <w:tc>
          <w:tcPr>
            <w:tcW w:w="5256" w:type="dxa"/>
          </w:tcPr>
          <w:p w14:paraId="09CC08AA" w14:textId="77777777" w:rsidR="00F23FC1" w:rsidRDefault="00F23FC1"/>
        </w:tc>
      </w:tr>
    </w:tbl>
    <w:p w14:paraId="5D35B3A3" w14:textId="21D9E157" w:rsidR="00F23FC1" w:rsidRDefault="00F23FC1"/>
    <w:p w14:paraId="1DF93044" w14:textId="77777777" w:rsidR="001854CD" w:rsidRDefault="001854CD"/>
    <w:sectPr w:rsidR="001854CD" w:rsidSect="00E36664">
      <w:pgSz w:w="12240" w:h="15840"/>
      <w:pgMar w:top="450" w:right="864" w:bottom="54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53999826">
    <w:abstractNumId w:val="8"/>
  </w:num>
  <w:num w:numId="2" w16cid:durableId="1765492005">
    <w:abstractNumId w:val="6"/>
  </w:num>
  <w:num w:numId="3" w16cid:durableId="639268412">
    <w:abstractNumId w:val="5"/>
  </w:num>
  <w:num w:numId="4" w16cid:durableId="1063333915">
    <w:abstractNumId w:val="4"/>
  </w:num>
  <w:num w:numId="5" w16cid:durableId="1876654327">
    <w:abstractNumId w:val="7"/>
  </w:num>
  <w:num w:numId="6" w16cid:durableId="1929584039">
    <w:abstractNumId w:val="3"/>
  </w:num>
  <w:num w:numId="7" w16cid:durableId="1194032570">
    <w:abstractNumId w:val="2"/>
  </w:num>
  <w:num w:numId="8" w16cid:durableId="532961801">
    <w:abstractNumId w:val="1"/>
  </w:num>
  <w:num w:numId="9" w16cid:durableId="811168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7720"/>
    <w:rsid w:val="0006063C"/>
    <w:rsid w:val="0015074B"/>
    <w:rsid w:val="001854CD"/>
    <w:rsid w:val="0029639D"/>
    <w:rsid w:val="00326F90"/>
    <w:rsid w:val="00372481"/>
    <w:rsid w:val="00A3409D"/>
    <w:rsid w:val="00AA1D8D"/>
    <w:rsid w:val="00B0382C"/>
    <w:rsid w:val="00B47730"/>
    <w:rsid w:val="00BF785A"/>
    <w:rsid w:val="00C8392C"/>
    <w:rsid w:val="00CB0664"/>
    <w:rsid w:val="00D518B3"/>
    <w:rsid w:val="00E36664"/>
    <w:rsid w:val="00F23FC1"/>
    <w:rsid w:val="00F3001B"/>
    <w:rsid w:val="00FC693F"/>
    <w:rsid w:val="00FF4D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560D99"/>
  <w14:defaultImageDpi w14:val="300"/>
  <w15:docId w15:val="{2760554D-0B95-4BF8-9C16-09F8FCBA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Pages>
  <Words>991</Words>
  <Characters>5650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7</cp:revision>
  <cp:lastPrinted>2026-09-16T13:06:00Z</cp:lastPrinted>
  <dcterms:created xsi:type="dcterms:W3CDTF">2013-12-23T23:15:00Z</dcterms:created>
  <dcterms:modified xsi:type="dcterms:W3CDTF">2026-09-16T14:34:00Z</dcterms:modified>
  <cp:category/>
</cp:coreProperties>
</file>